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B06D1C" w14:textId="77777777" w:rsidR="00B12D87" w:rsidRPr="00FA1CF5" w:rsidRDefault="00FA1CF5">
      <w:pPr>
        <w:pStyle w:val="Ttulo"/>
        <w:rPr>
          <w:lang w:val="es-CL"/>
        </w:rPr>
      </w:pPr>
      <w:bookmarkStart w:id="0" w:name="_Hlk195019600"/>
      <w:bookmarkEnd w:id="0"/>
      <w:r>
        <w:rPr>
          <w:lang w:val="es-CL"/>
        </w:rPr>
        <w:t>L</w:t>
      </w:r>
      <w:r w:rsidR="0068088A">
        <w:rPr>
          <w:lang w:val="es-CL"/>
        </w:rPr>
        <w:t>á</w:t>
      </w:r>
      <w:r>
        <w:rPr>
          <w:lang w:val="es-CL"/>
        </w:rPr>
        <w:t>mina de res</w:t>
      </w:r>
      <w:r w:rsidR="0068088A">
        <w:rPr>
          <w:lang w:val="es-CL"/>
        </w:rPr>
        <w:t>ú</w:t>
      </w:r>
      <w:r>
        <w:rPr>
          <w:lang w:val="es-CL"/>
        </w:rPr>
        <w:t xml:space="preserve">men </w:t>
      </w:r>
    </w:p>
    <w:p w14:paraId="11569966" w14:textId="77777777" w:rsidR="00B12D87" w:rsidRPr="00FA1CF5" w:rsidRDefault="00E73926">
      <w:pPr>
        <w:rPr>
          <w:lang w:val="es-CL"/>
        </w:rPr>
      </w:pPr>
      <w:r w:rsidRPr="00FA1CF5">
        <w:rPr>
          <w:lang w:val="es-CL"/>
        </w:rPr>
        <w:t xml:space="preserve">Curso: </w:t>
      </w:r>
      <w:r w:rsidR="00A71392">
        <w:rPr>
          <w:lang w:val="es-CL"/>
        </w:rPr>
        <w:t>4</w:t>
      </w:r>
      <w:r w:rsidRPr="00FA1CF5">
        <w:rPr>
          <w:lang w:val="es-CL"/>
        </w:rPr>
        <w:t>° Básico</w:t>
      </w:r>
    </w:p>
    <w:p w14:paraId="4247A9CF" w14:textId="77777777" w:rsidR="00B12D87" w:rsidRDefault="00FA1CF5" w:rsidP="00C1133E">
      <w:pPr>
        <w:jc w:val="center"/>
        <w:rPr>
          <w:lang w:val="es-CL"/>
        </w:rPr>
      </w:pPr>
      <w:r w:rsidRPr="00C1133E">
        <w:rPr>
          <w:noProof/>
          <w:bdr w:val="single" w:sz="4" w:space="0" w:color="auto"/>
        </w:rPr>
        <w:drawing>
          <wp:inline distT="0" distB="0" distL="0" distR="0" wp14:anchorId="7525134D" wp14:editId="2A626B7B">
            <wp:extent cx="4673207" cy="3709358"/>
            <wp:effectExtent l="0" t="0" r="0" b="5715"/>
            <wp:docPr id="3074" name="Picture 2" descr="TOMi.digital - Saludos en Inglés para preescolar">
              <a:extLst xmlns:a="http://schemas.openxmlformats.org/drawingml/2006/main">
                <a:ext uri="{FF2B5EF4-FFF2-40B4-BE49-F238E27FC236}">
                  <a16:creationId xmlns:a16="http://schemas.microsoft.com/office/drawing/2014/main" id="{1FE5AD0D-0A95-4AEC-93E5-FC4D56F78F9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TOMi.digital - Saludos en Inglés para preescolar">
                      <a:extLst>
                        <a:ext uri="{FF2B5EF4-FFF2-40B4-BE49-F238E27FC236}">
                          <a16:creationId xmlns:a16="http://schemas.microsoft.com/office/drawing/2014/main" id="{1FE5AD0D-0A95-4AEC-93E5-FC4D56F78F9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099" cy="37338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4A362D" w14:textId="77777777" w:rsidR="0068088A" w:rsidRDefault="00A71392" w:rsidP="00A71392">
      <w:pPr>
        <w:jc w:val="center"/>
        <w:rPr>
          <w:lang w:val="es-CL"/>
        </w:rPr>
      </w:pPr>
      <w:r>
        <w:rPr>
          <w:noProof/>
        </w:rPr>
        <w:drawing>
          <wp:inline distT="0" distB="0" distL="0" distR="0" wp14:anchorId="1CC226ED" wp14:editId="5F5C1262">
            <wp:extent cx="4371975" cy="3187047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3750" t="22849" r="19098" b="28983"/>
                    <a:stretch/>
                  </pic:blipFill>
                  <pic:spPr bwMode="auto">
                    <a:xfrm>
                      <a:off x="0" y="0"/>
                      <a:ext cx="4382894" cy="3195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0D3D3C" w14:textId="77777777" w:rsidR="00FA1CF5" w:rsidRDefault="00A9114F" w:rsidP="0068088A">
      <w:pPr>
        <w:jc w:val="center"/>
        <w:rPr>
          <w:lang w:val="es-CL"/>
        </w:rPr>
      </w:pPr>
      <w:r w:rsidRPr="00FA1CF5"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6A3A33F5" wp14:editId="55E82F98">
            <wp:simplePos x="0" y="0"/>
            <wp:positionH relativeFrom="margin">
              <wp:align>left</wp:align>
            </wp:positionH>
            <wp:positionV relativeFrom="paragraph">
              <wp:posOffset>327660</wp:posOffset>
            </wp:positionV>
            <wp:extent cx="5365115" cy="6995795"/>
            <wp:effectExtent l="0" t="0" r="6985" b="0"/>
            <wp:wrapSquare wrapText="bothSides"/>
            <wp:docPr id="2052" name="Picture 4" descr="Los colores en inglés y español | Ficha de vocabulario">
              <a:extLst xmlns:a="http://schemas.openxmlformats.org/drawingml/2006/main">
                <a:ext uri="{FF2B5EF4-FFF2-40B4-BE49-F238E27FC236}">
                  <a16:creationId xmlns:a16="http://schemas.microsoft.com/office/drawing/2014/main" id="{9DA1A95D-58A0-4695-BCD2-89881704A64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Los colores en inglés y español | Ficha de vocabulario">
                      <a:extLst>
                        <a:ext uri="{FF2B5EF4-FFF2-40B4-BE49-F238E27FC236}">
                          <a16:creationId xmlns:a16="http://schemas.microsoft.com/office/drawing/2014/main" id="{9DA1A95D-58A0-4695-BCD2-89881704A64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43"/>
                    <a:stretch/>
                  </pic:blipFill>
                  <pic:spPr bwMode="auto">
                    <a:xfrm>
                      <a:off x="0" y="0"/>
                      <a:ext cx="5365115" cy="6995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F2D4F5" w14:textId="77777777" w:rsidR="00C1133E" w:rsidRDefault="00C1133E">
      <w:pPr>
        <w:rPr>
          <w:lang w:val="es-CL"/>
        </w:rPr>
      </w:pPr>
    </w:p>
    <w:p w14:paraId="20E06A49" w14:textId="77777777" w:rsidR="00A71392" w:rsidRDefault="00A71392" w:rsidP="00FA0C6D">
      <w:pPr>
        <w:pStyle w:val="Sinespaciado"/>
        <w:rPr>
          <w:rFonts w:ascii="Arial" w:hAnsi="Arial" w:cs="Arial"/>
          <w:sz w:val="24"/>
        </w:rPr>
      </w:pPr>
    </w:p>
    <w:p w14:paraId="5C5A3D99" w14:textId="77777777" w:rsidR="00A71392" w:rsidRDefault="00A71392" w:rsidP="00FA0C6D">
      <w:pPr>
        <w:pStyle w:val="Sinespaciado"/>
        <w:rPr>
          <w:rFonts w:ascii="Arial" w:hAnsi="Arial" w:cs="Arial"/>
          <w:sz w:val="24"/>
        </w:rPr>
      </w:pPr>
    </w:p>
    <w:p w14:paraId="0CF9F093" w14:textId="77777777" w:rsidR="00A71392" w:rsidRDefault="00A71392" w:rsidP="00FA0C6D">
      <w:pPr>
        <w:pStyle w:val="Sinespaciado"/>
        <w:rPr>
          <w:rFonts w:ascii="Arial" w:hAnsi="Arial" w:cs="Arial"/>
          <w:sz w:val="24"/>
        </w:rPr>
      </w:pPr>
    </w:p>
    <w:p w14:paraId="6B8EF0A5" w14:textId="77777777" w:rsidR="00A71392" w:rsidRDefault="00A71392" w:rsidP="00FA0C6D">
      <w:pPr>
        <w:pStyle w:val="Sinespaciado"/>
        <w:rPr>
          <w:rFonts w:ascii="Arial" w:hAnsi="Arial" w:cs="Arial"/>
          <w:sz w:val="24"/>
        </w:rPr>
      </w:pPr>
    </w:p>
    <w:p w14:paraId="65B2E173" w14:textId="77777777" w:rsidR="00A71392" w:rsidRDefault="00A71392" w:rsidP="00FA0C6D">
      <w:pPr>
        <w:pStyle w:val="Sinespaciado"/>
        <w:rPr>
          <w:rFonts w:ascii="Arial" w:hAnsi="Arial" w:cs="Arial"/>
          <w:sz w:val="24"/>
        </w:rPr>
      </w:pPr>
    </w:p>
    <w:p w14:paraId="1A7FEE31" w14:textId="77777777" w:rsidR="00A71392" w:rsidRPr="00A71392" w:rsidRDefault="00A71392" w:rsidP="00A71392">
      <w:pPr>
        <w:pStyle w:val="Sinespaciado"/>
        <w:jc w:val="center"/>
        <w:rPr>
          <w:rFonts w:ascii="Arial" w:hAnsi="Arial" w:cs="Arial"/>
          <w:sz w:val="36"/>
          <w:u w:val="single"/>
        </w:rPr>
      </w:pPr>
      <w:r w:rsidRPr="00A71392">
        <w:rPr>
          <w:rFonts w:ascii="Arial" w:hAnsi="Arial" w:cs="Arial"/>
          <w:sz w:val="36"/>
          <w:u w:val="single"/>
        </w:rPr>
        <w:t xml:space="preserve">Partes del </w:t>
      </w:r>
      <w:proofErr w:type="spellStart"/>
      <w:r w:rsidRPr="00A71392">
        <w:rPr>
          <w:rFonts w:ascii="Arial" w:hAnsi="Arial" w:cs="Arial"/>
          <w:sz w:val="36"/>
          <w:u w:val="single"/>
        </w:rPr>
        <w:t>cuerpo</w:t>
      </w:r>
      <w:proofErr w:type="spellEnd"/>
    </w:p>
    <w:p w14:paraId="38E1997B" w14:textId="77777777" w:rsidR="00A71392" w:rsidRDefault="00A71392" w:rsidP="00FA0C6D">
      <w:pPr>
        <w:pStyle w:val="Sinespaciado"/>
        <w:rPr>
          <w:rFonts w:ascii="Arial" w:hAnsi="Arial" w:cs="Arial"/>
          <w:sz w:val="24"/>
        </w:rPr>
      </w:pPr>
    </w:p>
    <w:p w14:paraId="41C9C8B1" w14:textId="77777777" w:rsidR="00FA1CF5" w:rsidRPr="00FA0C6D" w:rsidRDefault="00A71392" w:rsidP="00A71392">
      <w:pPr>
        <w:pStyle w:val="Sinespaciado"/>
        <w:jc w:val="center"/>
        <w:rPr>
          <w:rFonts w:ascii="Arial" w:hAnsi="Arial" w:cs="Arial"/>
          <w:sz w:val="24"/>
        </w:rPr>
      </w:pPr>
      <w:r>
        <w:rPr>
          <w:noProof/>
        </w:rPr>
        <w:drawing>
          <wp:inline distT="0" distB="0" distL="0" distR="0" wp14:anchorId="4776C225" wp14:editId="3202DCCF">
            <wp:extent cx="5472580" cy="31813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257" t="26245" r="15104" b="14162"/>
                    <a:stretch/>
                  </pic:blipFill>
                  <pic:spPr bwMode="auto">
                    <a:xfrm>
                      <a:off x="0" y="0"/>
                      <a:ext cx="5492513" cy="3192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DDC319" wp14:editId="00925E04">
            <wp:extent cx="5431018" cy="39909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3854" t="25319" r="20312" b="14780"/>
                    <a:stretch/>
                  </pic:blipFill>
                  <pic:spPr bwMode="auto">
                    <a:xfrm>
                      <a:off x="0" y="0"/>
                      <a:ext cx="5476474" cy="4024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A1CF5" w:rsidRPr="00FA0C6D" w:rsidSect="00C1133E">
      <w:headerReference w:type="default" r:id="rId13"/>
      <w:pgSz w:w="12240" w:h="15840"/>
      <w:pgMar w:top="1440" w:right="1800" w:bottom="1440" w:left="1800" w:header="720" w:footer="720" w:gutter="0"/>
      <w:pgBorders w:offsetFrom="page">
        <w:top w:val="triangleCircle1" w:sz="14" w:space="24" w:color="auto"/>
        <w:left w:val="triangleCircle1" w:sz="14" w:space="24" w:color="auto"/>
        <w:bottom w:val="triangleCircle1" w:sz="14" w:space="24" w:color="auto"/>
        <w:right w:val="triangleCircle1" w:sz="1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DCFB7E" w14:textId="77777777" w:rsidR="005759C9" w:rsidRDefault="005759C9" w:rsidP="0068088A">
      <w:pPr>
        <w:spacing w:after="0" w:line="240" w:lineRule="auto"/>
      </w:pPr>
      <w:r>
        <w:separator/>
      </w:r>
    </w:p>
  </w:endnote>
  <w:endnote w:type="continuationSeparator" w:id="0">
    <w:p w14:paraId="37209C00" w14:textId="77777777" w:rsidR="005759C9" w:rsidRDefault="005759C9" w:rsidP="006808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0EF01B" w14:textId="77777777" w:rsidR="005759C9" w:rsidRDefault="005759C9" w:rsidP="0068088A">
      <w:pPr>
        <w:spacing w:after="0" w:line="240" w:lineRule="auto"/>
      </w:pPr>
      <w:r>
        <w:separator/>
      </w:r>
    </w:p>
  </w:footnote>
  <w:footnote w:type="continuationSeparator" w:id="0">
    <w:p w14:paraId="2F6510A6" w14:textId="77777777" w:rsidR="005759C9" w:rsidRDefault="005759C9" w:rsidP="006808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3F2F0F" w14:textId="77777777" w:rsidR="0068088A" w:rsidRDefault="0068088A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B0DF75F" wp14:editId="51D7D0AD">
              <wp:simplePos x="0" y="0"/>
              <wp:positionH relativeFrom="margin">
                <wp:posOffset>-513272</wp:posOffset>
              </wp:positionH>
              <wp:positionV relativeFrom="paragraph">
                <wp:posOffset>-25879</wp:posOffset>
              </wp:positionV>
              <wp:extent cx="6641465" cy="660400"/>
              <wp:effectExtent l="0" t="0" r="0" b="6350"/>
              <wp:wrapNone/>
              <wp:docPr id="9" name="Grup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41465" cy="660400"/>
                        <a:chOff x="444" y="667"/>
                        <a:chExt cx="10459" cy="1040"/>
                      </a:xfrm>
                    </wpg:grpSpPr>
                    <wps:wsp>
                      <wps:cNvPr id="11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7783" y="688"/>
                          <a:ext cx="3120" cy="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6D5C88" w14:textId="77777777" w:rsidR="0068088A" w:rsidRDefault="0068088A" w:rsidP="0068088A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pacing w:after="0"/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 xml:space="preserve">Subject: English </w:t>
                            </w:r>
                            <w:r w:rsidRPr="00107B39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0183A587" w14:textId="77777777" w:rsidR="00A71392" w:rsidRDefault="0068088A" w:rsidP="0068088A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pacing w:after="0"/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 w:rsidRPr="00107B39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 xml:space="preserve">Miss Catherin Basoalto </w:t>
                            </w:r>
                          </w:p>
                          <w:p w14:paraId="3271D089" w14:textId="77777777" w:rsidR="0068088A" w:rsidRPr="00CB352D" w:rsidRDefault="00A71392" w:rsidP="0068088A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pacing w:after="0"/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  <w:r w:rsidRPr="00A71392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8088A">
                              <w:rPr>
                                <w:sz w:val="16"/>
                                <w:szCs w:val="16"/>
                              </w:rPr>
                              <w:t xml:space="preserve">Grade </w:t>
                            </w:r>
                          </w:p>
                          <w:p w14:paraId="5359DCDB" w14:textId="77777777" w:rsidR="0068088A" w:rsidRPr="00107B39" w:rsidRDefault="0068088A" w:rsidP="0068088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87" y="1371"/>
                          <a:ext cx="330" cy="3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3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444" y="667"/>
                          <a:ext cx="3450" cy="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C014D5" w14:textId="77777777" w:rsidR="0068088A" w:rsidRPr="0068088A" w:rsidRDefault="0068088A" w:rsidP="0068088A">
                            <w:pPr>
                              <w:spacing w:after="0"/>
                              <w:rPr>
                                <w:rFonts w:ascii="Cambria" w:hAnsi="Cambria"/>
                                <w:sz w:val="16"/>
                                <w:szCs w:val="16"/>
                                <w:lang w:val="es-CL"/>
                              </w:rPr>
                            </w:pPr>
                            <w:r w:rsidRPr="0068088A">
                              <w:rPr>
                                <w:rFonts w:ascii="Cambria" w:hAnsi="Cambria"/>
                                <w:sz w:val="16"/>
                                <w:szCs w:val="16"/>
                                <w:lang w:val="es-CL"/>
                              </w:rPr>
                              <w:t>Colegio Particular Subvencionado “Sao Paulo”</w:t>
                            </w:r>
                          </w:p>
                          <w:p w14:paraId="3CEBF9A2" w14:textId="77777777" w:rsidR="0068088A" w:rsidRPr="0068088A" w:rsidRDefault="0068088A" w:rsidP="0068088A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sz w:val="16"/>
                                <w:szCs w:val="16"/>
                                <w:lang w:val="es-CL"/>
                              </w:rPr>
                            </w:pPr>
                            <w:r w:rsidRPr="0068088A">
                              <w:rPr>
                                <w:rFonts w:ascii="Cambria" w:hAnsi="Cambria"/>
                                <w:sz w:val="16"/>
                                <w:szCs w:val="16"/>
                                <w:lang w:val="es-CL"/>
                              </w:rPr>
                              <w:t>Placilla 333, Estación Central</w:t>
                            </w:r>
                          </w:p>
                          <w:p w14:paraId="43D495EA" w14:textId="77777777" w:rsidR="0068088A" w:rsidRPr="0068088A" w:rsidRDefault="0068088A" w:rsidP="0068088A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jc w:val="center"/>
                              <w:rPr>
                                <w:sz w:val="16"/>
                                <w:szCs w:val="16"/>
                                <w:lang w:val="es-CL"/>
                              </w:rPr>
                            </w:pPr>
                            <w:r w:rsidRPr="0068088A">
                              <w:rPr>
                                <w:sz w:val="16"/>
                                <w:szCs w:val="16"/>
                                <w:lang w:val="es-CL"/>
                              </w:rPr>
                              <w:t>Unidad Técnico Pedagógica</w:t>
                            </w:r>
                          </w:p>
                          <w:p w14:paraId="4D881896" w14:textId="77777777" w:rsidR="0068088A" w:rsidRPr="0068088A" w:rsidRDefault="0068088A" w:rsidP="0068088A">
                            <w:pPr>
                              <w:rPr>
                                <w:lang w:val="es-CL"/>
                              </w:rPr>
                            </w:pPr>
                          </w:p>
                          <w:p w14:paraId="7923FF84" w14:textId="77777777" w:rsidR="0068088A" w:rsidRPr="0068088A" w:rsidRDefault="0068088A" w:rsidP="0068088A">
                            <w:pPr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58EC169" id="Grupo 9" o:spid="_x0000_s1026" style="position:absolute;margin-left:-40.4pt;margin-top:-2.05pt;width:522.95pt;height:52pt;z-index:251659264;mso-position-horizontal-relative:margin" coordorigin="444,667" coordsize="10459,10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7783;top:688;width:3120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<v:textbox>
                  <w:txbxContent>
                    <w:p w:rsidR="0068088A" w:rsidRDefault="0068088A" w:rsidP="0068088A">
                      <w:pPr>
                        <w:tabs>
                          <w:tab w:val="center" w:pos="4252"/>
                          <w:tab w:val="right" w:pos="8504"/>
                        </w:tabs>
                        <w:spacing w:after="0"/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t xml:space="preserve">Subject: English </w:t>
                      </w:r>
                      <w:r w:rsidRPr="00107B39">
                        <w:rPr>
                          <w:rFonts w:ascii="Cambria" w:hAnsi="Cambria"/>
                          <w:sz w:val="16"/>
                          <w:szCs w:val="16"/>
                        </w:rPr>
                        <w:t xml:space="preserve"> </w:t>
                      </w:r>
                    </w:p>
                    <w:p w:rsidR="00A71392" w:rsidRDefault="0068088A" w:rsidP="0068088A">
                      <w:pPr>
                        <w:tabs>
                          <w:tab w:val="center" w:pos="4252"/>
                          <w:tab w:val="right" w:pos="8504"/>
                        </w:tabs>
                        <w:spacing w:after="0"/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 w:rsidRPr="00107B39">
                        <w:rPr>
                          <w:rFonts w:ascii="Cambria" w:hAnsi="Cambria"/>
                          <w:sz w:val="16"/>
                          <w:szCs w:val="16"/>
                        </w:rPr>
                        <w:t xml:space="preserve">Miss Catherin Basoalto </w:t>
                      </w:r>
                    </w:p>
                    <w:p w:rsidR="0068088A" w:rsidRPr="00CB352D" w:rsidRDefault="00A71392" w:rsidP="0068088A">
                      <w:pPr>
                        <w:tabs>
                          <w:tab w:val="center" w:pos="4252"/>
                          <w:tab w:val="right" w:pos="8504"/>
                        </w:tabs>
                        <w:spacing w:after="0"/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4</w:t>
                      </w:r>
                      <w:r w:rsidRPr="00A71392">
                        <w:rPr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68088A">
                        <w:rPr>
                          <w:sz w:val="16"/>
                          <w:szCs w:val="16"/>
                        </w:rPr>
                        <w:t xml:space="preserve">Grade </w:t>
                      </w:r>
                    </w:p>
                    <w:p w:rsidR="0068088A" w:rsidRPr="00107B39" w:rsidRDefault="0068088A" w:rsidP="0068088A"/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0 Imagen" o:spid="_x0000_s1028" type="#_x0000_t75" style="position:absolute;left:1787;top:1371;width:330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">
                <v:imagedata r:id="rId2" o:title=""/>
              </v:shape>
              <v:shape id="Cuadro de texto 2" o:spid="_x0000_s1029" type="#_x0000_t202" style="position:absolute;left:444;top:667;width:3450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<v:textbox>
                  <w:txbxContent>
                    <w:p w:rsidR="0068088A" w:rsidRPr="0068088A" w:rsidRDefault="0068088A" w:rsidP="0068088A">
                      <w:pPr>
                        <w:spacing w:after="0"/>
                        <w:rPr>
                          <w:rFonts w:ascii="Cambria" w:hAnsi="Cambria"/>
                          <w:sz w:val="16"/>
                          <w:szCs w:val="16"/>
                          <w:lang w:val="es-CL"/>
                        </w:rPr>
                      </w:pPr>
                      <w:r w:rsidRPr="0068088A">
                        <w:rPr>
                          <w:rFonts w:ascii="Cambria" w:hAnsi="Cambria"/>
                          <w:sz w:val="16"/>
                          <w:szCs w:val="16"/>
                          <w:lang w:val="es-CL"/>
                        </w:rPr>
                        <w:t>Colegio Particular Subvencionado “Sao Paulo”</w:t>
                      </w:r>
                    </w:p>
                    <w:p w:rsidR="0068088A" w:rsidRPr="0068088A" w:rsidRDefault="0068088A" w:rsidP="0068088A">
                      <w:pPr>
                        <w:spacing w:after="0"/>
                        <w:jc w:val="center"/>
                        <w:rPr>
                          <w:rFonts w:ascii="Cambria" w:hAnsi="Cambria"/>
                          <w:sz w:val="16"/>
                          <w:szCs w:val="16"/>
                          <w:lang w:val="es-CL"/>
                        </w:rPr>
                      </w:pPr>
                      <w:r w:rsidRPr="0068088A">
                        <w:rPr>
                          <w:rFonts w:ascii="Cambria" w:hAnsi="Cambria"/>
                          <w:sz w:val="16"/>
                          <w:szCs w:val="16"/>
                          <w:lang w:val="es-CL"/>
                        </w:rPr>
                        <w:t>Placilla 333, Estación Central</w:t>
                      </w:r>
                    </w:p>
                    <w:p w:rsidR="0068088A" w:rsidRPr="0068088A" w:rsidRDefault="0068088A" w:rsidP="0068088A">
                      <w:pPr>
                        <w:tabs>
                          <w:tab w:val="center" w:pos="4252"/>
                          <w:tab w:val="right" w:pos="8504"/>
                        </w:tabs>
                        <w:jc w:val="center"/>
                        <w:rPr>
                          <w:sz w:val="16"/>
                          <w:szCs w:val="16"/>
                          <w:lang w:val="es-CL"/>
                        </w:rPr>
                      </w:pPr>
                      <w:r w:rsidRPr="0068088A">
                        <w:rPr>
                          <w:sz w:val="16"/>
                          <w:szCs w:val="16"/>
                          <w:lang w:val="es-CL"/>
                        </w:rPr>
                        <w:t>Unidad Técnico Pedagógica</w:t>
                      </w:r>
                    </w:p>
                    <w:p w:rsidR="0068088A" w:rsidRPr="0068088A" w:rsidRDefault="0068088A" w:rsidP="0068088A">
                      <w:pPr>
                        <w:rPr>
                          <w:lang w:val="es-CL"/>
                        </w:rPr>
                      </w:pPr>
                    </w:p>
                    <w:p w:rsidR="0068088A" w:rsidRPr="0068088A" w:rsidRDefault="0068088A" w:rsidP="0068088A">
                      <w:pPr>
                        <w:rPr>
                          <w:lang w:val="es-CL"/>
                        </w:rPr>
                      </w:pP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5DFF3C83"/>
    <w:multiLevelType w:val="hybridMultilevel"/>
    <w:tmpl w:val="E96698B4"/>
    <w:lvl w:ilvl="0" w:tplc="B486207C">
      <w:start w:val="1"/>
      <w:numFmt w:val="upperRoman"/>
      <w:lvlText w:val="%1."/>
      <w:lvlJc w:val="left"/>
      <w:pPr>
        <w:ind w:left="1080" w:hanging="720"/>
      </w:pPr>
      <w:rPr>
        <w:rFonts w:ascii="Arial" w:eastAsia="Calibri" w:hAnsi="Arial" w:cs="Arial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5437517">
    <w:abstractNumId w:val="8"/>
  </w:num>
  <w:num w:numId="2" w16cid:durableId="524055129">
    <w:abstractNumId w:val="6"/>
  </w:num>
  <w:num w:numId="3" w16cid:durableId="1391685608">
    <w:abstractNumId w:val="5"/>
  </w:num>
  <w:num w:numId="4" w16cid:durableId="2000495275">
    <w:abstractNumId w:val="4"/>
  </w:num>
  <w:num w:numId="5" w16cid:durableId="1932616615">
    <w:abstractNumId w:val="7"/>
  </w:num>
  <w:num w:numId="6" w16cid:durableId="1755659382">
    <w:abstractNumId w:val="3"/>
  </w:num>
  <w:num w:numId="7" w16cid:durableId="952244993">
    <w:abstractNumId w:val="2"/>
  </w:num>
  <w:num w:numId="8" w16cid:durableId="506597672">
    <w:abstractNumId w:val="1"/>
  </w:num>
  <w:num w:numId="9" w16cid:durableId="427847034">
    <w:abstractNumId w:val="0"/>
  </w:num>
  <w:num w:numId="10" w16cid:durableId="153573109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9639D"/>
    <w:rsid w:val="00326F90"/>
    <w:rsid w:val="00377234"/>
    <w:rsid w:val="004705A8"/>
    <w:rsid w:val="005759C9"/>
    <w:rsid w:val="0068088A"/>
    <w:rsid w:val="00767994"/>
    <w:rsid w:val="00A71392"/>
    <w:rsid w:val="00A9114F"/>
    <w:rsid w:val="00AA1D8D"/>
    <w:rsid w:val="00B04536"/>
    <w:rsid w:val="00B12D87"/>
    <w:rsid w:val="00B47730"/>
    <w:rsid w:val="00C037B4"/>
    <w:rsid w:val="00C1133E"/>
    <w:rsid w:val="00CB0664"/>
    <w:rsid w:val="00DE3B01"/>
    <w:rsid w:val="00E73926"/>
    <w:rsid w:val="00FA0C6D"/>
    <w:rsid w:val="00FA1CF5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5B200C2"/>
  <w14:defaultImageDpi w14:val="300"/>
  <w15:docId w15:val="{287E44B8-A106-4D64-BA6C-A85C13EBE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Ttulo1">
    <w:name w:val="heading 1"/>
    <w:basedOn w:val="Normal"/>
    <w:next w:val="Normal"/>
    <w:link w:val="Ttulo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18BF"/>
  </w:style>
  <w:style w:type="paragraph" w:styleId="Piedepgina">
    <w:name w:val="footer"/>
    <w:basedOn w:val="Normal"/>
    <w:link w:val="Piedepgina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18BF"/>
  </w:style>
  <w:style w:type="paragraph" w:styleId="Sinespaciad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AA1D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A1D8D"/>
  </w:style>
  <w:style w:type="paragraph" w:styleId="Textoindependiente2">
    <w:name w:val="Body Text 2"/>
    <w:basedOn w:val="Normal"/>
    <w:link w:val="Textoindependiente2Car"/>
    <w:uiPriority w:val="99"/>
    <w:unhideWhenUsed/>
    <w:rsid w:val="00AA1D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AA1D8D"/>
  </w:style>
  <w:style w:type="paragraph" w:styleId="Textoindependiente3">
    <w:name w:val="Body Text 3"/>
    <w:basedOn w:val="Normal"/>
    <w:link w:val="Textoindependien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aconvieta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aconnme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aconnme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Continuarlista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macro">
    <w:name w:val="macro"/>
    <w:link w:val="Texto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rsid w:val="0029639D"/>
    <w:rPr>
      <w:rFonts w:ascii="Courier" w:hAnsi="Courier"/>
      <w:sz w:val="20"/>
      <w:szCs w:val="20"/>
    </w:rPr>
  </w:style>
  <w:style w:type="paragraph" w:styleId="Cita">
    <w:name w:val="Quote"/>
    <w:basedOn w:val="Normal"/>
    <w:next w:val="Normal"/>
    <w:link w:val="CitaCar"/>
    <w:uiPriority w:val="29"/>
    <w:qFormat/>
    <w:rsid w:val="00FC693F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FC693F"/>
    <w:rPr>
      <w:i/>
      <w:iCs/>
      <w:color w:val="000000" w:themeColor="tex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FC693F"/>
    <w:rPr>
      <w:b/>
      <w:bCs/>
    </w:rPr>
  </w:style>
  <w:style w:type="character" w:styleId="nfasis">
    <w:name w:val="Emphasis"/>
    <w:basedOn w:val="Fuentedeprrafopredeter"/>
    <w:uiPriority w:val="20"/>
    <w:qFormat/>
    <w:rsid w:val="00FC693F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C693F"/>
    <w:rPr>
      <w:b/>
      <w:bCs/>
      <w:i/>
      <w:iCs/>
      <w:color w:val="4F81BD" w:themeColor="accent1"/>
    </w:rPr>
  </w:style>
  <w:style w:type="character" w:styleId="nfasissutil">
    <w:name w:val="Subtle Emphasis"/>
    <w:basedOn w:val="Fuentedeprrafopredeter"/>
    <w:uiPriority w:val="19"/>
    <w:qFormat/>
    <w:rsid w:val="00FC693F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FC693F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FC693F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FC693F"/>
    <w:rPr>
      <w:b/>
      <w:bCs/>
      <w:smallCaps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laconcuadrcula">
    <w:name w:val="Table Grid"/>
    <w:basedOn w:val="Tab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">
    <w:name w:val="Light Shading"/>
    <w:basedOn w:val="Tab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2">
    <w:name w:val="Light Shading Accent 2"/>
    <w:basedOn w:val="Tab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nfasis3">
    <w:name w:val="Light Shading Accent 3"/>
    <w:basedOn w:val="Tab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claro-nfasis4">
    <w:name w:val="Light Shading Accent 4"/>
    <w:basedOn w:val="Tab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nfasis5">
    <w:name w:val="Light Shading Accent 5"/>
    <w:basedOn w:val="Tab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6">
    <w:name w:val="Light Shading Accent 6"/>
    <w:basedOn w:val="Tab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is2">
    <w:name w:val="Light List Accent 2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is3">
    <w:name w:val="Light List Accent 3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is4">
    <w:name w:val="Light List Accent 4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is5">
    <w:name w:val="Light List Accent 5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is6">
    <w:name w:val="Light List Accent 6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Cuadrculaclara">
    <w:name w:val="Light Grid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Cuadrculaclara-nfasis2">
    <w:name w:val="Light Grid Accent 2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Cuadrculaclara-nfasis3">
    <w:name w:val="Light Grid Accent 3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Cuadrculaclara-nfasis4">
    <w:name w:val="Light Grid Accent 4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Cuadrculaclara-nfasis5">
    <w:name w:val="Light Grid Accent 5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6">
    <w:name w:val="Light Grid Accent 6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domedio1">
    <w:name w:val="Medium Shading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1">
    <w:name w:val="Medium Lis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edia1-nfasis2">
    <w:name w:val="Medium List 1 Accent 2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edia1-nfasis3">
    <w:name w:val="Medium List 1 Accent 3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edia1-nfasis4">
    <w:name w:val="Medium List 1 Accent 4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edia1-nfasis5">
    <w:name w:val="Medium List 1 Accent 5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edia1-nfasis6">
    <w:name w:val="Medium List 1 Accent 6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edia2">
    <w:name w:val="Medium Lis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">
    <w:name w:val="Medium Grid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media1-nfasis2">
    <w:name w:val="Medium Grid 1 Accent 2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media1-nfasis3">
    <w:name w:val="Medium Grid 1 Accent 3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media1-nfasis4">
    <w:name w:val="Medium Grid 1 Accent 4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uadrculamedia2">
    <w:name w:val="Medium Grid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Cuadrculamedia3-nfasis2">
    <w:name w:val="Medium Grid 3 Accent 2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uadrculamedia3-nfasis3">
    <w:name w:val="Medium Grid 3 Accent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Cuadrculamedia3-nfasis4">
    <w:name w:val="Medium Grid 3 Accent 4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Cuadrculamedia3-nfasis6">
    <w:name w:val="Medium Grid 3 Accent 6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oscura">
    <w:name w:val="Dark List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oscura-nfasis2">
    <w:name w:val="Dark List Accent 2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oscura-nfasis3">
    <w:name w:val="Dark List Accent 3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oscura-nfasis4">
    <w:name w:val="Dark List Accent 4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oscura-nfasis5">
    <w:name w:val="Dark List Accent 5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oscura-nfasis6">
    <w:name w:val="Dark List Accent 6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dovistoso">
    <w:name w:val="Colorful Shading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vistosa">
    <w:name w:val="Colorful List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vistosa-nfasis2">
    <w:name w:val="Colorful List Accent 2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vistosa-nfasis3">
    <w:name w:val="Colorful List Accent 3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vistosa-nfasis4">
    <w:name w:val="Colorful List Accent 4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vistosa-nfasis5">
    <w:name w:val="Colorful List Accent 5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vistosa-nfasis6">
    <w:name w:val="Colorful List Accent 6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uadrculavistosa">
    <w:name w:val="Colorful Grid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26E5C2D-3283-4364-B0B5-ED31F9B8A0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</Words>
  <Characters>60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69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pablo espinosa perez</cp:lastModifiedBy>
  <cp:revision>2</cp:revision>
  <dcterms:created xsi:type="dcterms:W3CDTF">2025-04-09T17:21:00Z</dcterms:created>
  <dcterms:modified xsi:type="dcterms:W3CDTF">2025-04-09T17:21:00Z</dcterms:modified>
  <cp:category/>
</cp:coreProperties>
</file>