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C8064" w14:textId="77777777" w:rsidR="00B12D87" w:rsidRPr="00FA1CF5" w:rsidRDefault="00FA1CF5">
      <w:pPr>
        <w:pStyle w:val="Ttulo"/>
        <w:rPr>
          <w:lang w:val="es-CL"/>
        </w:rPr>
      </w:pPr>
      <w:bookmarkStart w:id="0" w:name="_Hlk195019600"/>
      <w:bookmarkEnd w:id="0"/>
      <w:r>
        <w:rPr>
          <w:lang w:val="es-CL"/>
        </w:rPr>
        <w:t>L</w:t>
      </w:r>
      <w:r w:rsidR="0068088A">
        <w:rPr>
          <w:lang w:val="es-CL"/>
        </w:rPr>
        <w:t>á</w:t>
      </w:r>
      <w:r>
        <w:rPr>
          <w:lang w:val="es-CL"/>
        </w:rPr>
        <w:t>mina de res</w:t>
      </w:r>
      <w:r w:rsidR="0068088A">
        <w:rPr>
          <w:lang w:val="es-CL"/>
        </w:rPr>
        <w:t>ú</w:t>
      </w:r>
      <w:r>
        <w:rPr>
          <w:lang w:val="es-CL"/>
        </w:rPr>
        <w:t xml:space="preserve">men </w:t>
      </w:r>
    </w:p>
    <w:p w14:paraId="17463F18" w14:textId="77777777" w:rsidR="00B12D87" w:rsidRDefault="00D85653" w:rsidP="00D85653">
      <w:pPr>
        <w:rPr>
          <w:lang w:val="es-C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6EA6762" wp14:editId="698CC84E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4634230" cy="3390900"/>
            <wp:effectExtent l="0" t="0" r="0" b="0"/>
            <wp:wrapSquare wrapText="bothSides"/>
            <wp:docPr id="8" name="Imagen 8" descr="números del 1 al 30 en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úmeros del 1 al 30 en inglé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926" w:rsidRPr="00FA1CF5">
        <w:rPr>
          <w:lang w:val="es-CL"/>
        </w:rPr>
        <w:t xml:space="preserve">Curso: </w:t>
      </w:r>
      <w:r>
        <w:rPr>
          <w:lang w:val="es-CL"/>
        </w:rPr>
        <w:t>6</w:t>
      </w:r>
      <w:r w:rsidR="00E73926" w:rsidRPr="00FA1CF5">
        <w:rPr>
          <w:lang w:val="es-CL"/>
        </w:rPr>
        <w:t>° Básico</w:t>
      </w:r>
    </w:p>
    <w:p w14:paraId="7CEF291F" w14:textId="77777777" w:rsidR="00D85653" w:rsidRDefault="00D85653" w:rsidP="00C1133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58ED50E5" wp14:editId="234544FF">
                <wp:extent cx="304800" cy="304800"/>
                <wp:effectExtent l="0" t="0" r="0" b="0"/>
                <wp:docPr id="7" name="Rectángulo 7" descr="Números del uno al veinte en inglés y en españ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43B2FC" id="Rectángulo 7" o:spid="_x0000_s1026" alt="Números del uno al veinte en inglés y en españo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7HJoH5QIAAPU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7E098D4F" w14:textId="77777777" w:rsidR="00D85653" w:rsidRDefault="00D85653" w:rsidP="00C1133E">
      <w:pPr>
        <w:jc w:val="center"/>
        <w:rPr>
          <w:noProof/>
        </w:rPr>
      </w:pPr>
    </w:p>
    <w:p w14:paraId="4F7F0410" w14:textId="77777777" w:rsidR="00D85653" w:rsidRDefault="00D85653" w:rsidP="00C1133E">
      <w:pPr>
        <w:jc w:val="center"/>
        <w:rPr>
          <w:lang w:val="es-CL"/>
        </w:rPr>
      </w:pPr>
    </w:p>
    <w:p w14:paraId="56CBB719" w14:textId="77777777" w:rsidR="00D85653" w:rsidRDefault="00D85653" w:rsidP="00C1133E">
      <w:pPr>
        <w:jc w:val="center"/>
        <w:rPr>
          <w:lang w:val="es-CL"/>
        </w:rPr>
      </w:pPr>
      <w:r>
        <w:rPr>
          <w:noProof/>
        </w:rPr>
        <w:drawing>
          <wp:inline distT="0" distB="0" distL="0" distR="0" wp14:anchorId="3374C261" wp14:editId="2151D19E">
            <wp:extent cx="4686300" cy="3518397"/>
            <wp:effectExtent l="0" t="0" r="0" b="6350"/>
            <wp:docPr id="10" name="Imagen 10" descr="Explorer Kids INSTITUCIÓN EDUCATIVA EL LIMONAR SEDE LOMALINDA: ACTIVITIES 1.PERSONAL 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xplorer Kids INSTITUCIÓN EDUCATIVA EL LIMONAR SEDE LOMALINDA: ACTIVITIES 1.PERSONAL  INFORM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63" cy="352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1964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lang w:val="es-CL"/>
        </w:rPr>
      </w:pPr>
    </w:p>
    <w:p w14:paraId="7CA6ECF6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val="es-CL"/>
        </w:rPr>
      </w:pPr>
    </w:p>
    <w:p w14:paraId="2ADD9F31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val="es-CL"/>
        </w:rPr>
      </w:pPr>
    </w:p>
    <w:p w14:paraId="1330DE2A" w14:textId="77777777" w:rsidR="00945E22" w:rsidRP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es-CL"/>
        </w:rPr>
      </w:pPr>
      <w:r w:rsidRPr="00945E22">
        <w:rPr>
          <w:rFonts w:ascii="Arial" w:hAnsi="Arial" w:cs="Arial"/>
          <w:b/>
          <w:bCs/>
          <w:sz w:val="32"/>
          <w:szCs w:val="24"/>
          <w:u w:val="single"/>
          <w:lang w:val="es-CL"/>
        </w:rPr>
        <w:t>FOOD VOCABULARY</w:t>
      </w:r>
    </w:p>
    <w:p w14:paraId="54C7B00C" w14:textId="77777777" w:rsidR="00945E22" w:rsidRP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val="es-CL"/>
        </w:rPr>
      </w:pPr>
    </w:p>
    <w:p w14:paraId="0BB99E72" w14:textId="77777777" w:rsidR="00945E22" w:rsidRP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val="es-C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AE34DB9" wp14:editId="5D299C4E">
            <wp:simplePos x="0" y="0"/>
            <wp:positionH relativeFrom="column">
              <wp:posOffset>393065</wp:posOffset>
            </wp:positionH>
            <wp:positionV relativeFrom="paragraph">
              <wp:posOffset>23112</wp:posOffset>
            </wp:positionV>
            <wp:extent cx="2113915" cy="1350010"/>
            <wp:effectExtent l="38100" t="38100" r="38735" b="40640"/>
            <wp:wrapSquare wrapText="bothSides"/>
            <wp:docPr id="63" name="Imagen 63" descr="http://alideti.com/blog/wp-content/uploads/2015/08/lunch-624x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ideti.com/blog/wp-content/uploads/2015/08/lunch-624x39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3500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025F9" w14:textId="77777777" w:rsidR="00945E22" w:rsidRP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val="es-CL"/>
        </w:rPr>
      </w:pPr>
    </w:p>
    <w:p w14:paraId="7FBDA1E3" w14:textId="77777777" w:rsidR="00945E22" w:rsidRP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  <w:lang w:val="es-CL"/>
        </w:rPr>
      </w:pPr>
    </w:p>
    <w:p w14:paraId="28F878FA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45E22">
        <w:rPr>
          <w:rFonts w:ascii="Arial" w:hAnsi="Arial" w:cs="Arial"/>
          <w:bCs/>
          <w:sz w:val="24"/>
          <w:szCs w:val="24"/>
          <w:lang w:val="es-CL"/>
        </w:rPr>
        <w:tab/>
      </w:r>
      <w:r>
        <w:rPr>
          <w:rFonts w:ascii="Arial" w:hAnsi="Arial" w:cs="Arial"/>
          <w:bCs/>
          <w:sz w:val="24"/>
          <w:szCs w:val="24"/>
        </w:rPr>
        <w:t>What does this picture have?</w:t>
      </w:r>
    </w:p>
    <w:p w14:paraId="5F45DDDE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a)</w:t>
      </w:r>
    </w:p>
    <w:p w14:paraId="165D7FB1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This plate has an apple, a sandwich and juice.</w:t>
      </w:r>
    </w:p>
    <w:p w14:paraId="1BF86E50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4ACB1B4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02A1A8A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05E3DF8" wp14:editId="5A7C2091">
            <wp:simplePos x="0" y="0"/>
            <wp:positionH relativeFrom="column">
              <wp:posOffset>393065</wp:posOffset>
            </wp:positionH>
            <wp:positionV relativeFrom="paragraph">
              <wp:posOffset>104185</wp:posOffset>
            </wp:positionV>
            <wp:extent cx="2172970" cy="1116330"/>
            <wp:effectExtent l="38100" t="38100" r="36830" b="45720"/>
            <wp:wrapSquare wrapText="bothSides"/>
            <wp:docPr id="64" name="Imagen 64" descr="http://worldartsme.com/images/church-harvest-dinner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artsme.com/images/church-harvest-dinner-clipart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1163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8D2EF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6D0FA83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What does this picture have?</w:t>
      </w:r>
    </w:p>
    <w:p w14:paraId="6A272557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b)</w:t>
      </w:r>
    </w:p>
    <w:p w14:paraId="7AD06BD2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 xml:space="preserve">This plate has a pumpkin, an apple, grapes and corn. </w:t>
      </w:r>
    </w:p>
    <w:p w14:paraId="28C542BD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29E126B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53570D4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6FA53D5" wp14:editId="2C6F0791">
            <wp:simplePos x="0" y="0"/>
            <wp:positionH relativeFrom="column">
              <wp:posOffset>393065</wp:posOffset>
            </wp:positionH>
            <wp:positionV relativeFrom="paragraph">
              <wp:posOffset>148590</wp:posOffset>
            </wp:positionV>
            <wp:extent cx="2172970" cy="1314450"/>
            <wp:effectExtent l="38100" t="38100" r="36830" b="38100"/>
            <wp:wrapSquare wrapText="bothSides"/>
            <wp:docPr id="65" name="Imagen 65" descr="http://images.clipartpanda.com/chicken-dinner-clipart-chicken-dinner-clip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panda.com/chicken-dinner-clipart-chicken-dinner-clipart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314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66CAE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8F405D6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What does this picture have?</w:t>
      </w:r>
    </w:p>
    <w:p w14:paraId="3490A62E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c)</w:t>
      </w:r>
    </w:p>
    <w:p w14:paraId="2C43F879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 xml:space="preserve">This plate has a chicken, potatoes, lettuce and lemon. </w:t>
      </w:r>
    </w:p>
    <w:p w14:paraId="469FF18E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102A5E3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DA2AC03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4ADD1EC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A8222D0" wp14:editId="2D7E56F0">
            <wp:simplePos x="0" y="0"/>
            <wp:positionH relativeFrom="column">
              <wp:posOffset>393065</wp:posOffset>
            </wp:positionH>
            <wp:positionV relativeFrom="paragraph">
              <wp:posOffset>154940</wp:posOffset>
            </wp:positionV>
            <wp:extent cx="2172970" cy="1120775"/>
            <wp:effectExtent l="38100" t="38100" r="36830" b="41275"/>
            <wp:wrapSquare wrapText="bothSides"/>
            <wp:docPr id="66" name="Imagen 66" descr="http://bestfreeclipart.tk/clipart/resource/2016/03/01/steak-smoking-weed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stfreeclipart.tk/clipart/resource/2016/03/01/steak-smoking-weed-clipar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120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B2014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1EA74D5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What does this picture have?</w:t>
      </w:r>
    </w:p>
    <w:p w14:paraId="2A90F9DB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d)</w:t>
      </w:r>
    </w:p>
    <w:p w14:paraId="16CDFE4F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This plate has potatoes and meat.</w:t>
      </w:r>
    </w:p>
    <w:p w14:paraId="77A1D591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68B16B6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0F3017B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58CC2D2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2D9F2B4" wp14:editId="5E40C219">
            <wp:simplePos x="0" y="0"/>
            <wp:positionH relativeFrom="column">
              <wp:posOffset>393065</wp:posOffset>
            </wp:positionH>
            <wp:positionV relativeFrom="paragraph">
              <wp:posOffset>157480</wp:posOffset>
            </wp:positionV>
            <wp:extent cx="2172970" cy="1169035"/>
            <wp:effectExtent l="38100" t="38100" r="36830" b="31115"/>
            <wp:wrapSquare wrapText="bothSides"/>
            <wp:docPr id="67" name="Imagen 67" descr="http://previews.123rf.com/images/hatza/hatza1205/hatza120500054/13621392-Por-el-arroz-frito-elaborado-Foto-de-arch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eviews.123rf.com/images/hatza/hatza1205/hatza120500054/13621392-Por-el-arroz-frito-elaborado-Foto-de-archiv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1690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AC4EF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201EC13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What does this picture have?</w:t>
      </w:r>
    </w:p>
    <w:p w14:paraId="5ECA7A6E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e)</w:t>
      </w:r>
    </w:p>
    <w:p w14:paraId="18C7AC86" w14:textId="77777777" w:rsidR="00945E2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This plate has rice, chicken and a fried egg.</w:t>
      </w:r>
    </w:p>
    <w:p w14:paraId="3F324CFF" w14:textId="77777777" w:rsidR="00945E22" w:rsidRPr="00100562" w:rsidRDefault="00945E22" w:rsidP="00945E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7C0B4F2" w14:textId="77777777" w:rsidR="00FA1CF5" w:rsidRPr="00FA0C6D" w:rsidRDefault="00FA1CF5" w:rsidP="00945E22">
      <w:pPr>
        <w:pStyle w:val="Sinespaciado"/>
        <w:rPr>
          <w:rFonts w:ascii="Arial" w:hAnsi="Arial" w:cs="Arial"/>
          <w:sz w:val="24"/>
        </w:rPr>
      </w:pPr>
    </w:p>
    <w:sectPr w:rsidR="00FA1CF5" w:rsidRPr="00FA0C6D" w:rsidSect="00C1133E">
      <w:headerReference w:type="default" r:id="rId15"/>
      <w:pgSz w:w="12240" w:h="15840"/>
      <w:pgMar w:top="1440" w:right="1800" w:bottom="1440" w:left="1800" w:header="720" w:footer="720" w:gutter="0"/>
      <w:pgBorders w:offsetFrom="page">
        <w:top w:val="triangleCircle1" w:sz="14" w:space="24" w:color="auto"/>
        <w:left w:val="triangleCircle1" w:sz="14" w:space="24" w:color="auto"/>
        <w:bottom w:val="triangleCircle1" w:sz="14" w:space="24" w:color="auto"/>
        <w:right w:val="triangleCircle1" w:sz="1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E2275" w14:textId="77777777" w:rsidR="00866CB8" w:rsidRDefault="00866CB8" w:rsidP="0068088A">
      <w:pPr>
        <w:spacing w:after="0" w:line="240" w:lineRule="auto"/>
      </w:pPr>
      <w:r>
        <w:separator/>
      </w:r>
    </w:p>
  </w:endnote>
  <w:endnote w:type="continuationSeparator" w:id="0">
    <w:p w14:paraId="6AEDBC91" w14:textId="77777777" w:rsidR="00866CB8" w:rsidRDefault="00866CB8" w:rsidP="00680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877E7" w14:textId="77777777" w:rsidR="00866CB8" w:rsidRDefault="00866CB8" w:rsidP="0068088A">
      <w:pPr>
        <w:spacing w:after="0" w:line="240" w:lineRule="auto"/>
      </w:pPr>
      <w:r>
        <w:separator/>
      </w:r>
    </w:p>
  </w:footnote>
  <w:footnote w:type="continuationSeparator" w:id="0">
    <w:p w14:paraId="5B6AA6FA" w14:textId="77777777" w:rsidR="00866CB8" w:rsidRDefault="00866CB8" w:rsidP="00680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1A847" w14:textId="77777777" w:rsidR="0068088A" w:rsidRDefault="0068088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096498" wp14:editId="3D64D105">
              <wp:simplePos x="0" y="0"/>
              <wp:positionH relativeFrom="margin">
                <wp:posOffset>-513272</wp:posOffset>
              </wp:positionH>
              <wp:positionV relativeFrom="paragraph">
                <wp:posOffset>-25879</wp:posOffset>
              </wp:positionV>
              <wp:extent cx="6641465" cy="660400"/>
              <wp:effectExtent l="0" t="0" r="0" b="6350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1465" cy="660400"/>
                        <a:chOff x="444" y="667"/>
                        <a:chExt cx="10459" cy="1040"/>
                      </a:xfrm>
                    </wpg:grpSpPr>
                    <wps:wsp>
                      <wps:cNvPr id="1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83" y="688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37BD3" w14:textId="77777777" w:rsidR="0068088A" w:rsidRDefault="0068088A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Subject: English </w:t>
                            </w: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3A2386E" w14:textId="77777777" w:rsidR="00A71392" w:rsidRDefault="0068088A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Miss Catherin Basoalto </w:t>
                            </w:r>
                          </w:p>
                          <w:p w14:paraId="015B8139" w14:textId="77777777" w:rsidR="0068088A" w:rsidRPr="00CB352D" w:rsidRDefault="00D85653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D8565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A7139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8088A">
                              <w:rPr>
                                <w:sz w:val="16"/>
                                <w:szCs w:val="16"/>
                              </w:rPr>
                              <w:t xml:space="preserve">Grade </w:t>
                            </w:r>
                          </w:p>
                          <w:p w14:paraId="2E791018" w14:textId="77777777" w:rsidR="0068088A" w:rsidRPr="00107B39" w:rsidRDefault="0068088A" w:rsidP="006808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7" y="1371"/>
                          <a:ext cx="330" cy="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44" y="66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86B76" w14:textId="77777777" w:rsidR="0068088A" w:rsidRPr="0068088A" w:rsidRDefault="0068088A" w:rsidP="0068088A">
                            <w:pPr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  <w:t>Colegio Particular Subvencionado “Sao Paulo”</w:t>
                            </w:r>
                          </w:p>
                          <w:p w14:paraId="111F59C6" w14:textId="77777777" w:rsidR="0068088A" w:rsidRPr="0068088A" w:rsidRDefault="0068088A" w:rsidP="0068088A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rFonts w:ascii="Cambria" w:hAnsi="Cambria"/>
                                <w:sz w:val="16"/>
                                <w:szCs w:val="16"/>
                                <w:lang w:val="es-CL"/>
                              </w:rPr>
                              <w:t>Placilla 333, Estación Central</w:t>
                            </w:r>
                          </w:p>
                          <w:p w14:paraId="7AC3B47A" w14:textId="77777777" w:rsidR="0068088A" w:rsidRPr="0068088A" w:rsidRDefault="0068088A" w:rsidP="0068088A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68088A">
                              <w:rPr>
                                <w:sz w:val="16"/>
                                <w:szCs w:val="16"/>
                                <w:lang w:val="es-CL"/>
                              </w:rPr>
                              <w:t>Unidad Técnico Pedagógica</w:t>
                            </w:r>
                          </w:p>
                          <w:p w14:paraId="40EFAB53" w14:textId="77777777" w:rsidR="0068088A" w:rsidRPr="0068088A" w:rsidRDefault="0068088A" w:rsidP="0068088A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458C647F" w14:textId="77777777" w:rsidR="0068088A" w:rsidRPr="0068088A" w:rsidRDefault="0068088A" w:rsidP="0068088A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8EC169" id="Grupo 9" o:spid="_x0000_s1026" style="position:absolute;margin-left:-40.4pt;margin-top:-2.05pt;width:522.95pt;height:52pt;z-index:251659264;mso-position-horizontal-relative:margin" coordorigin="444,667" coordsize="10459,1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7783;top:688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:rsidR="0068088A" w:rsidRDefault="0068088A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Subject: English </w:t>
                      </w:r>
                      <w:r w:rsidRPr="00107B39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71392" w:rsidRDefault="0068088A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107B39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Miss Catherin Basoalto </w:t>
                      </w:r>
                    </w:p>
                    <w:p w:rsidR="0068088A" w:rsidRPr="00CB352D" w:rsidRDefault="00D85653" w:rsidP="0068088A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Pr="00D85653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A7139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8088A">
                        <w:rPr>
                          <w:sz w:val="16"/>
                          <w:szCs w:val="16"/>
                        </w:rPr>
                        <w:t xml:space="preserve">Grade </w:t>
                      </w:r>
                    </w:p>
                    <w:p w:rsidR="0068088A" w:rsidRPr="00107B39" w:rsidRDefault="0068088A" w:rsidP="0068088A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8" type="#_x0000_t75" style="position:absolute;left:1787;top:1371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">
                <v:imagedata r:id="rId2" o:title=""/>
              </v:shape>
              <v:shape id="Cuadro de texto 2" o:spid="_x0000_s1029" type="#_x0000_t202" style="position:absolute;left:444;top:66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:rsidR="0068088A" w:rsidRPr="0068088A" w:rsidRDefault="0068088A" w:rsidP="0068088A">
                      <w:pPr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  <w:t>Colegio Particular Subvencionado “Sao Paulo”</w:t>
                      </w:r>
                    </w:p>
                    <w:p w:rsidR="0068088A" w:rsidRPr="0068088A" w:rsidRDefault="0068088A" w:rsidP="0068088A">
                      <w:pPr>
                        <w:spacing w:after="0"/>
                        <w:jc w:val="center"/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rFonts w:ascii="Cambria" w:hAnsi="Cambria"/>
                          <w:sz w:val="16"/>
                          <w:szCs w:val="16"/>
                          <w:lang w:val="es-CL"/>
                        </w:rPr>
                        <w:t>Placilla 333, Estación Central</w:t>
                      </w:r>
                    </w:p>
                    <w:p w:rsidR="0068088A" w:rsidRPr="0068088A" w:rsidRDefault="0068088A" w:rsidP="0068088A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  <w:lang w:val="es-CL"/>
                        </w:rPr>
                      </w:pPr>
                      <w:r w:rsidRPr="0068088A">
                        <w:rPr>
                          <w:sz w:val="16"/>
                          <w:szCs w:val="16"/>
                          <w:lang w:val="es-CL"/>
                        </w:rPr>
                        <w:t>Unidad Técnico Pedagógica</w:t>
                      </w:r>
                    </w:p>
                    <w:p w:rsidR="0068088A" w:rsidRPr="0068088A" w:rsidRDefault="0068088A" w:rsidP="0068088A">
                      <w:pPr>
                        <w:rPr>
                          <w:lang w:val="es-CL"/>
                        </w:rPr>
                      </w:pPr>
                    </w:p>
                    <w:p w:rsidR="0068088A" w:rsidRPr="0068088A" w:rsidRDefault="0068088A" w:rsidP="0068088A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DFF3C83"/>
    <w:multiLevelType w:val="hybridMultilevel"/>
    <w:tmpl w:val="E96698B4"/>
    <w:lvl w:ilvl="0" w:tplc="B486207C">
      <w:start w:val="1"/>
      <w:numFmt w:val="upperRoman"/>
      <w:lvlText w:val="%1."/>
      <w:lvlJc w:val="left"/>
      <w:pPr>
        <w:ind w:left="1080" w:hanging="720"/>
      </w:pPr>
      <w:rPr>
        <w:rFonts w:ascii="Arial" w:eastAsia="Calibr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373449">
    <w:abstractNumId w:val="8"/>
  </w:num>
  <w:num w:numId="2" w16cid:durableId="1849632220">
    <w:abstractNumId w:val="6"/>
  </w:num>
  <w:num w:numId="3" w16cid:durableId="1711765572">
    <w:abstractNumId w:val="5"/>
  </w:num>
  <w:num w:numId="4" w16cid:durableId="1847593278">
    <w:abstractNumId w:val="4"/>
  </w:num>
  <w:num w:numId="5" w16cid:durableId="206844667">
    <w:abstractNumId w:val="7"/>
  </w:num>
  <w:num w:numId="6" w16cid:durableId="498429777">
    <w:abstractNumId w:val="3"/>
  </w:num>
  <w:num w:numId="7" w16cid:durableId="846408710">
    <w:abstractNumId w:val="2"/>
  </w:num>
  <w:num w:numId="8" w16cid:durableId="1712149967">
    <w:abstractNumId w:val="1"/>
  </w:num>
  <w:num w:numId="9" w16cid:durableId="533929465">
    <w:abstractNumId w:val="0"/>
  </w:num>
  <w:num w:numId="10" w16cid:durableId="20748083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59C7"/>
    <w:rsid w:val="0006063C"/>
    <w:rsid w:val="000F28D9"/>
    <w:rsid w:val="0015074B"/>
    <w:rsid w:val="001A227C"/>
    <w:rsid w:val="0029639D"/>
    <w:rsid w:val="00326F90"/>
    <w:rsid w:val="0068088A"/>
    <w:rsid w:val="006B3CBD"/>
    <w:rsid w:val="00713281"/>
    <w:rsid w:val="00767994"/>
    <w:rsid w:val="007C5CB3"/>
    <w:rsid w:val="00866CB8"/>
    <w:rsid w:val="00945E22"/>
    <w:rsid w:val="00A71392"/>
    <w:rsid w:val="00A9114F"/>
    <w:rsid w:val="00AA1D8D"/>
    <w:rsid w:val="00B04536"/>
    <w:rsid w:val="00B12D87"/>
    <w:rsid w:val="00B47730"/>
    <w:rsid w:val="00C037B4"/>
    <w:rsid w:val="00C1133E"/>
    <w:rsid w:val="00CB0664"/>
    <w:rsid w:val="00D85653"/>
    <w:rsid w:val="00E06F19"/>
    <w:rsid w:val="00E73926"/>
    <w:rsid w:val="00FA0C6D"/>
    <w:rsid w:val="00FA1CF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41BDED"/>
  <w14:defaultImageDpi w14:val="300"/>
  <w15:docId w15:val="{287E44B8-A106-4D64-BA6C-A85C13EB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1856B4-E6A3-47C6-B639-9DFACAAFA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</Words>
  <Characters>420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pablo espinosa perez</cp:lastModifiedBy>
  <cp:revision>2</cp:revision>
  <dcterms:created xsi:type="dcterms:W3CDTF">2025-04-09T17:23:00Z</dcterms:created>
  <dcterms:modified xsi:type="dcterms:W3CDTF">2025-04-09T17:23:00Z</dcterms:modified>
  <cp:category/>
</cp:coreProperties>
</file>