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1D184" w14:textId="77777777" w:rsidR="00B12D87" w:rsidRPr="00FA1CF5" w:rsidRDefault="00FA1CF5">
      <w:pPr>
        <w:pStyle w:val="Ttulo"/>
        <w:rPr>
          <w:lang w:val="es-CL"/>
        </w:rPr>
      </w:pPr>
      <w:bookmarkStart w:id="0" w:name="_Hlk195019600"/>
      <w:bookmarkEnd w:id="0"/>
      <w:r>
        <w:rPr>
          <w:lang w:val="es-CL"/>
        </w:rPr>
        <w:t>L</w:t>
      </w:r>
      <w:r w:rsidR="0068088A">
        <w:rPr>
          <w:lang w:val="es-CL"/>
        </w:rPr>
        <w:t>á</w:t>
      </w:r>
      <w:r>
        <w:rPr>
          <w:lang w:val="es-CL"/>
        </w:rPr>
        <w:t xml:space="preserve">mina de </w:t>
      </w:r>
      <w:r w:rsidR="007946BD">
        <w:rPr>
          <w:lang w:val="es-CL"/>
        </w:rPr>
        <w:t>resumen N°2</w:t>
      </w:r>
      <w:r>
        <w:rPr>
          <w:lang w:val="es-CL"/>
        </w:rPr>
        <w:t xml:space="preserve"> </w:t>
      </w:r>
    </w:p>
    <w:p w14:paraId="4A0FB574" w14:textId="77777777" w:rsidR="00B12D87" w:rsidRDefault="00E73926" w:rsidP="007946BD">
      <w:pPr>
        <w:rPr>
          <w:lang w:val="es-CL"/>
        </w:rPr>
      </w:pPr>
      <w:r w:rsidRPr="00FA1CF5">
        <w:rPr>
          <w:lang w:val="es-CL"/>
        </w:rPr>
        <w:t xml:space="preserve">Curso: </w:t>
      </w:r>
      <w:r w:rsidR="004745BD">
        <w:rPr>
          <w:lang w:val="es-CL"/>
        </w:rPr>
        <w:t>2</w:t>
      </w:r>
      <w:r w:rsidRPr="00FA1CF5">
        <w:rPr>
          <w:lang w:val="es-CL"/>
        </w:rPr>
        <w:t>° Básico</w:t>
      </w:r>
    </w:p>
    <w:p w14:paraId="57B110C2" w14:textId="77777777" w:rsidR="0068088A" w:rsidRPr="004745BD" w:rsidRDefault="004745BD" w:rsidP="00A71392">
      <w:pPr>
        <w:jc w:val="center"/>
        <w:rPr>
          <w:lang w:val="es-CL"/>
        </w:rPr>
      </w:pPr>
      <w:r>
        <w:rPr>
          <w:noProof/>
        </w:rPr>
        <w:drawing>
          <wp:inline distT="0" distB="0" distL="0" distR="0" wp14:anchorId="44A567AF" wp14:editId="18878C94">
            <wp:extent cx="5486400" cy="61973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597" t="19917" r="43413" b="11787"/>
                    <a:stretch/>
                  </pic:blipFill>
                  <pic:spPr bwMode="auto">
                    <a:xfrm>
                      <a:off x="0" y="0"/>
                      <a:ext cx="5486400" cy="6197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CD8B7" w14:textId="77777777" w:rsidR="00FA1CF5" w:rsidRDefault="007946BD" w:rsidP="007946BD">
      <w:pPr>
        <w:rPr>
          <w:lang w:val="es-CL"/>
        </w:rPr>
      </w:pPr>
      <w:r>
        <w:rPr>
          <w:noProof/>
        </w:rPr>
        <w:lastRenderedPageBreak/>
        <w:drawing>
          <wp:inline distT="0" distB="0" distL="0" distR="0" wp14:anchorId="2328C1BD" wp14:editId="6D9D3D6F">
            <wp:extent cx="5869153" cy="3765176"/>
            <wp:effectExtent l="0" t="0" r="0" b="6985"/>
            <wp:docPr id="4" name="Imagen 4" descr="Los Números del 1 al 10 en TODOS los IDIO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Números del 1 al 10 en TODOS los IDIOMA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08"/>
                    <a:stretch/>
                  </pic:blipFill>
                  <pic:spPr bwMode="auto">
                    <a:xfrm>
                      <a:off x="0" y="0"/>
                      <a:ext cx="5883710" cy="37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2B015" w14:textId="77777777" w:rsidR="004745BD" w:rsidRDefault="004745BD" w:rsidP="004745BD">
      <w:pPr>
        <w:spacing w:before="100" w:beforeAutospacing="1" w:after="100" w:afterAutospacing="1" w:line="360" w:lineRule="auto"/>
        <w:rPr>
          <w:rFonts w:asciiTheme="majorHAnsi" w:hAnsiTheme="majorHAnsi" w:cs="Segoe UI Emoji"/>
          <w:sz w:val="24"/>
          <w:szCs w:val="24"/>
        </w:rPr>
      </w:pPr>
    </w:p>
    <w:p w14:paraId="7FD9FA07" w14:textId="77777777" w:rsidR="004745BD" w:rsidRDefault="004745BD" w:rsidP="004745BD">
      <w:pPr>
        <w:spacing w:before="100" w:beforeAutospacing="1" w:after="100" w:afterAutospacing="1" w:line="360" w:lineRule="auto"/>
        <w:jc w:val="center"/>
        <w:rPr>
          <w:rFonts w:asciiTheme="majorHAnsi" w:hAnsiTheme="majorHAnsi" w:cs="Segoe UI Emoji"/>
          <w:sz w:val="24"/>
          <w:szCs w:val="24"/>
        </w:rPr>
      </w:pPr>
      <w:r w:rsidRPr="00EB7691">
        <w:rPr>
          <w:rFonts w:asciiTheme="majorHAnsi" w:hAnsiTheme="majorHAnsi" w:cs="Segoe UI Emoji"/>
          <w:sz w:val="24"/>
          <w:szCs w:val="24"/>
        </w:rPr>
        <w:t xml:space="preserve">The Lion is </w:t>
      </w:r>
      <w:r>
        <w:rPr>
          <w:rFonts w:asciiTheme="majorHAnsi" w:hAnsiTheme="majorHAnsi" w:cs="Segoe UI Emoji"/>
          <w:sz w:val="24"/>
          <w:szCs w:val="24"/>
        </w:rPr>
        <w:t>strong.</w:t>
      </w:r>
    </w:p>
    <w:p w14:paraId="6859EE07" w14:textId="77777777" w:rsidR="004745BD" w:rsidRDefault="004745BD" w:rsidP="004745BD">
      <w:pPr>
        <w:spacing w:before="100" w:beforeAutospacing="1" w:after="100" w:afterAutospacing="1" w:line="360" w:lineRule="auto"/>
        <w:jc w:val="center"/>
        <w:rPr>
          <w:rFonts w:asciiTheme="majorHAnsi" w:hAnsiTheme="majorHAnsi" w:cs="Segoe UI Emoji"/>
          <w:sz w:val="24"/>
          <w:szCs w:val="24"/>
        </w:rPr>
      </w:pPr>
      <w:r>
        <w:rPr>
          <w:noProof/>
        </w:rPr>
        <w:drawing>
          <wp:inline distT="0" distB="0" distL="0" distR="0" wp14:anchorId="444AB9FE" wp14:editId="01CE2A0E">
            <wp:extent cx="1620744" cy="1728907"/>
            <wp:effectExtent l="0" t="0" r="0" b="5080"/>
            <wp:docPr id="7" name="Imagen 7" descr="león dibujos animados diseño vector 23288164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ón dibujos animados diseño vector 23288164 Vector en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8" t="11378" r="15335" b="13313"/>
                    <a:stretch/>
                  </pic:blipFill>
                  <pic:spPr bwMode="auto">
                    <a:xfrm>
                      <a:off x="0" y="0"/>
                      <a:ext cx="1634576" cy="17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D7CC0" w14:textId="77777777" w:rsidR="004745BD" w:rsidRDefault="004745BD" w:rsidP="004745BD">
      <w:pPr>
        <w:spacing w:before="100" w:beforeAutospacing="1" w:after="100" w:afterAutospacing="1" w:line="360" w:lineRule="auto"/>
        <w:rPr>
          <w:rFonts w:ascii="Cambria" w:hAnsi="Cambria"/>
          <w:sz w:val="24"/>
          <w:szCs w:val="24"/>
        </w:rPr>
      </w:pPr>
    </w:p>
    <w:p w14:paraId="6977B567" w14:textId="77777777" w:rsidR="004745BD" w:rsidRDefault="004745BD" w:rsidP="004745BD">
      <w:pPr>
        <w:spacing w:before="100" w:beforeAutospacing="1" w:after="100" w:afterAutospacing="1" w:line="360" w:lineRule="auto"/>
        <w:rPr>
          <w:rFonts w:ascii="Cambria" w:hAnsi="Cambria"/>
          <w:sz w:val="24"/>
          <w:szCs w:val="24"/>
        </w:rPr>
      </w:pPr>
    </w:p>
    <w:p w14:paraId="30772096" w14:textId="77777777" w:rsidR="004745BD" w:rsidRDefault="004745BD" w:rsidP="004745BD">
      <w:pPr>
        <w:spacing w:before="100" w:beforeAutospacing="1" w:after="100" w:afterAutospacing="1" w:line="360" w:lineRule="auto"/>
        <w:rPr>
          <w:rFonts w:ascii="Cambria" w:hAnsi="Cambria"/>
          <w:sz w:val="24"/>
          <w:szCs w:val="24"/>
        </w:rPr>
      </w:pPr>
    </w:p>
    <w:p w14:paraId="6529F11B" w14:textId="77777777" w:rsidR="004745BD" w:rsidRDefault="004745BD" w:rsidP="004745BD">
      <w:pPr>
        <w:spacing w:before="100" w:beforeAutospacing="1" w:after="100" w:afterAutospacing="1" w:line="360" w:lineRule="auto"/>
        <w:rPr>
          <w:rFonts w:ascii="Cambria" w:hAnsi="Cambria"/>
          <w:sz w:val="24"/>
          <w:szCs w:val="24"/>
        </w:rPr>
      </w:pPr>
    </w:p>
    <w:p w14:paraId="1513981D" w14:textId="77777777" w:rsidR="004745BD" w:rsidRPr="00390836" w:rsidRDefault="004745BD" w:rsidP="004745BD">
      <w:pPr>
        <w:spacing w:before="100" w:beforeAutospacing="1" w:after="100" w:afterAutospacing="1" w:line="360" w:lineRule="auto"/>
        <w:jc w:val="center"/>
        <w:rPr>
          <w:rFonts w:ascii="Cambria" w:eastAsia="Times New Roman" w:hAnsi="Cambria"/>
          <w:sz w:val="24"/>
          <w:szCs w:val="24"/>
          <w:lang w:val="es-CL" w:eastAsia="es-CL"/>
        </w:rPr>
      </w:pPr>
      <w:proofErr w:type="spellStart"/>
      <w:r w:rsidRPr="00390836">
        <w:rPr>
          <w:rFonts w:ascii="Cambria" w:eastAsia="Times New Roman" w:hAnsi="Cambria"/>
          <w:sz w:val="24"/>
          <w:szCs w:val="24"/>
          <w:lang w:val="es-CL" w:eastAsia="es-CL"/>
        </w:rPr>
        <w:t>The</w:t>
      </w:r>
      <w:proofErr w:type="spellEnd"/>
      <w:r w:rsidRPr="00390836">
        <w:rPr>
          <w:rFonts w:ascii="Cambria" w:eastAsia="Times New Roman" w:hAnsi="Cambria"/>
          <w:sz w:val="24"/>
          <w:szCs w:val="24"/>
          <w:lang w:val="es-CL" w:eastAsia="es-CL"/>
        </w:rPr>
        <w:t xml:space="preserve"> </w:t>
      </w:r>
      <w:proofErr w:type="spellStart"/>
      <w:r w:rsidRPr="00390836">
        <w:rPr>
          <w:rFonts w:ascii="Cambria" w:eastAsia="Times New Roman" w:hAnsi="Cambria"/>
          <w:sz w:val="24"/>
          <w:szCs w:val="24"/>
          <w:lang w:val="es-CL" w:eastAsia="es-CL"/>
        </w:rPr>
        <w:t>elephant</w:t>
      </w:r>
      <w:proofErr w:type="spellEnd"/>
      <w:r w:rsidRPr="00390836">
        <w:rPr>
          <w:rFonts w:ascii="Cambria" w:eastAsia="Times New Roman" w:hAnsi="Cambria"/>
          <w:sz w:val="24"/>
          <w:szCs w:val="24"/>
          <w:lang w:val="es-CL" w:eastAsia="es-CL"/>
        </w:rPr>
        <w:t xml:space="preserve"> </w:t>
      </w:r>
      <w:proofErr w:type="spellStart"/>
      <w:r w:rsidRPr="00390836">
        <w:rPr>
          <w:rFonts w:ascii="Cambria" w:eastAsia="Times New Roman" w:hAnsi="Cambria"/>
          <w:sz w:val="24"/>
          <w:szCs w:val="24"/>
          <w:lang w:val="es-CL" w:eastAsia="es-CL"/>
        </w:rPr>
        <w:t>is</w:t>
      </w:r>
      <w:proofErr w:type="spellEnd"/>
      <w:r w:rsidRPr="00390836">
        <w:rPr>
          <w:rFonts w:ascii="Cambria" w:eastAsia="Times New Roman" w:hAnsi="Cambria"/>
          <w:sz w:val="24"/>
          <w:szCs w:val="24"/>
          <w:lang w:val="es-CL" w:eastAsia="es-CL"/>
        </w:rPr>
        <w:t xml:space="preserve"> </w:t>
      </w:r>
      <w:proofErr w:type="spellStart"/>
      <w:r>
        <w:rPr>
          <w:rFonts w:ascii="Cambria" w:eastAsia="Times New Roman" w:hAnsi="Cambria"/>
          <w:sz w:val="24"/>
          <w:szCs w:val="24"/>
          <w:lang w:val="es-CL" w:eastAsia="es-CL"/>
        </w:rPr>
        <w:t>big</w:t>
      </w:r>
      <w:proofErr w:type="spellEnd"/>
      <w:r w:rsidRPr="00390836">
        <w:rPr>
          <w:rFonts w:ascii="Cambria" w:eastAsia="Times New Roman" w:hAnsi="Cambria"/>
          <w:sz w:val="24"/>
          <w:szCs w:val="24"/>
          <w:lang w:val="es-CL" w:eastAsia="es-CL"/>
        </w:rPr>
        <w:t>.</w:t>
      </w:r>
    </w:p>
    <w:p w14:paraId="2BBF5B51" w14:textId="77777777" w:rsidR="004745BD" w:rsidRDefault="004745BD" w:rsidP="004745BD">
      <w:pPr>
        <w:spacing w:before="100" w:beforeAutospacing="1" w:after="100" w:afterAutospacing="1" w:line="360" w:lineRule="auto"/>
        <w:jc w:val="center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5D301A53" wp14:editId="196EC7AF">
            <wp:extent cx="2343630" cy="1613372"/>
            <wp:effectExtent l="0" t="0" r="0" b="6350"/>
            <wp:docPr id="19" name="Imagen 19" descr="elefante de dibujos animados aislado sobre fondo blanco 5332244 Vector en 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lefante de dibujos animados aislado sobre fondo blanco 5332244 Vector en  Vecteez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5" cy="165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9EF53C6" wp14:editId="7D6DAC8A">
                <wp:extent cx="307340" cy="307340"/>
                <wp:effectExtent l="0" t="0" r="0" b="0"/>
                <wp:docPr id="14" name="Rectángulo 14" descr="Vectores de Dibujos animados elefante, imágenes vectoriales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63A4D5" id="Rectángulo 14" o:spid="_x0000_s1026" alt="Vectores de Dibujos animados elefante, imágenes vectoriales | Depositphotos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p w14:paraId="671EF08A" w14:textId="77777777" w:rsidR="004745BD" w:rsidRDefault="004745BD" w:rsidP="004745BD">
      <w:pPr>
        <w:spacing w:before="100" w:beforeAutospacing="1" w:after="100" w:afterAutospacing="1" w:line="360" w:lineRule="auto"/>
        <w:jc w:val="center"/>
        <w:rPr>
          <w:rFonts w:ascii="Cambria" w:hAnsi="Cambria"/>
          <w:sz w:val="24"/>
          <w:szCs w:val="24"/>
        </w:rPr>
      </w:pPr>
      <w:proofErr w:type="spellStart"/>
      <w:r w:rsidRPr="00390836">
        <w:rPr>
          <w:rFonts w:ascii="Cambria" w:eastAsia="Times New Roman" w:hAnsi="Cambria"/>
          <w:sz w:val="24"/>
          <w:szCs w:val="24"/>
          <w:lang w:val="es-CL" w:eastAsia="es-CL"/>
        </w:rPr>
        <w:t>The</w:t>
      </w:r>
      <w:proofErr w:type="spellEnd"/>
      <w:r w:rsidRPr="00390836">
        <w:rPr>
          <w:rFonts w:ascii="Cambria" w:eastAsia="Times New Roman" w:hAnsi="Cambria"/>
          <w:sz w:val="24"/>
          <w:szCs w:val="24"/>
          <w:lang w:val="es-CL" w:eastAsia="es-CL"/>
        </w:rPr>
        <w:t xml:space="preserve"> </w:t>
      </w:r>
      <w:proofErr w:type="spellStart"/>
      <w:r w:rsidRPr="00390836">
        <w:rPr>
          <w:rFonts w:ascii="Cambria" w:eastAsia="Times New Roman" w:hAnsi="Cambria"/>
          <w:sz w:val="24"/>
          <w:szCs w:val="24"/>
          <w:lang w:val="es-CL" w:eastAsia="es-CL"/>
        </w:rPr>
        <w:t>giraffe</w:t>
      </w:r>
      <w:proofErr w:type="spellEnd"/>
      <w:r w:rsidRPr="00390836">
        <w:rPr>
          <w:rFonts w:ascii="Cambria" w:eastAsia="Times New Roman" w:hAnsi="Cambria"/>
          <w:sz w:val="24"/>
          <w:szCs w:val="24"/>
          <w:lang w:val="es-CL" w:eastAsia="es-CL"/>
        </w:rPr>
        <w:t xml:space="preserve"> </w:t>
      </w:r>
      <w:proofErr w:type="spellStart"/>
      <w:r w:rsidRPr="00390836">
        <w:rPr>
          <w:rFonts w:ascii="Cambria" w:eastAsia="Times New Roman" w:hAnsi="Cambria"/>
          <w:sz w:val="24"/>
          <w:szCs w:val="24"/>
          <w:lang w:val="es-CL" w:eastAsia="es-CL"/>
        </w:rPr>
        <w:t>is</w:t>
      </w:r>
      <w:proofErr w:type="spellEnd"/>
      <w:r w:rsidRPr="00390836">
        <w:rPr>
          <w:rFonts w:ascii="Cambria" w:eastAsia="Times New Roman" w:hAnsi="Cambria"/>
          <w:sz w:val="24"/>
          <w:szCs w:val="24"/>
          <w:lang w:val="es-CL" w:eastAsia="es-CL"/>
        </w:rPr>
        <w:t xml:space="preserve"> </w:t>
      </w:r>
      <w:proofErr w:type="spellStart"/>
      <w:r>
        <w:rPr>
          <w:rFonts w:ascii="Cambria" w:eastAsia="Times New Roman" w:hAnsi="Cambria"/>
          <w:sz w:val="24"/>
          <w:szCs w:val="24"/>
          <w:lang w:val="es-CL" w:eastAsia="es-CL"/>
        </w:rPr>
        <w:t>long</w:t>
      </w:r>
      <w:proofErr w:type="spellEnd"/>
      <w:r w:rsidRPr="00390836">
        <w:rPr>
          <w:rFonts w:ascii="Cambria" w:eastAsia="Times New Roman" w:hAnsi="Cambria"/>
          <w:sz w:val="24"/>
          <w:szCs w:val="24"/>
          <w:lang w:val="es-CL" w:eastAsia="es-CL"/>
        </w:rPr>
        <w:t>.</w:t>
      </w:r>
    </w:p>
    <w:p w14:paraId="28FECE3A" w14:textId="77777777" w:rsidR="004745BD" w:rsidRPr="00390836" w:rsidRDefault="004745BD" w:rsidP="004745BD">
      <w:pPr>
        <w:spacing w:before="100" w:beforeAutospacing="1" w:after="100" w:afterAutospacing="1" w:line="360" w:lineRule="auto"/>
        <w:jc w:val="center"/>
        <w:rPr>
          <w:rFonts w:ascii="Cambria" w:eastAsia="Times New Roman" w:hAnsi="Cambria"/>
          <w:sz w:val="24"/>
          <w:szCs w:val="24"/>
          <w:lang w:val="es-CL" w:eastAsia="es-CL"/>
        </w:rPr>
      </w:pPr>
      <w:r>
        <w:rPr>
          <w:noProof/>
        </w:rPr>
        <w:drawing>
          <wp:inline distT="0" distB="0" distL="0" distR="0" wp14:anchorId="738133A0" wp14:editId="3EA666F4">
            <wp:extent cx="1135930" cy="1620292"/>
            <wp:effectExtent l="0" t="0" r="7620" b="0"/>
            <wp:docPr id="20" name="Imagen 20" descr="Jirafa de dibujos animados aislado sobre fondo blanc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irafa de dibujos animados aislado sobre fondo blanco | Vector Premi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79" cy="164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A56B8" w14:textId="77777777" w:rsidR="004745BD" w:rsidRDefault="004745BD" w:rsidP="004745BD">
      <w:pPr>
        <w:spacing w:before="100" w:beforeAutospacing="1" w:after="100" w:afterAutospacing="1" w:line="360" w:lineRule="auto"/>
        <w:jc w:val="center"/>
        <w:rPr>
          <w:rFonts w:ascii="Cambria" w:hAnsi="Cambria"/>
          <w:sz w:val="24"/>
          <w:szCs w:val="24"/>
        </w:rPr>
      </w:pPr>
      <w:proofErr w:type="spellStart"/>
      <w:r w:rsidRPr="00390836">
        <w:rPr>
          <w:rFonts w:ascii="Cambria" w:eastAsia="Times New Roman" w:hAnsi="Cambria"/>
          <w:sz w:val="24"/>
          <w:szCs w:val="24"/>
          <w:lang w:val="es-CL" w:eastAsia="es-CL"/>
        </w:rPr>
        <w:t>The</w:t>
      </w:r>
      <w:proofErr w:type="spellEnd"/>
      <w:r w:rsidRPr="00390836">
        <w:rPr>
          <w:rFonts w:ascii="Cambria" w:eastAsia="Times New Roman" w:hAnsi="Cambria"/>
          <w:sz w:val="24"/>
          <w:szCs w:val="24"/>
          <w:lang w:val="es-CL" w:eastAsia="es-CL"/>
        </w:rPr>
        <w:t xml:space="preserve"> </w:t>
      </w:r>
      <w:proofErr w:type="spellStart"/>
      <w:r w:rsidRPr="00390836">
        <w:rPr>
          <w:rFonts w:ascii="Cambria" w:eastAsia="Times New Roman" w:hAnsi="Cambria"/>
          <w:sz w:val="24"/>
          <w:szCs w:val="24"/>
          <w:lang w:val="es-CL" w:eastAsia="es-CL"/>
        </w:rPr>
        <w:t>snake</w:t>
      </w:r>
      <w:proofErr w:type="spellEnd"/>
      <w:r w:rsidRPr="00390836">
        <w:rPr>
          <w:rFonts w:ascii="Cambria" w:eastAsia="Times New Roman" w:hAnsi="Cambria"/>
          <w:sz w:val="24"/>
          <w:szCs w:val="24"/>
          <w:lang w:val="es-CL" w:eastAsia="es-CL"/>
        </w:rPr>
        <w:t xml:space="preserve"> </w:t>
      </w:r>
      <w:proofErr w:type="spellStart"/>
      <w:r w:rsidRPr="00390836">
        <w:rPr>
          <w:rFonts w:ascii="Cambria" w:eastAsia="Times New Roman" w:hAnsi="Cambria"/>
          <w:sz w:val="24"/>
          <w:szCs w:val="24"/>
          <w:lang w:val="es-CL" w:eastAsia="es-CL"/>
        </w:rPr>
        <w:t>is</w:t>
      </w:r>
      <w:proofErr w:type="spellEnd"/>
      <w:r w:rsidRPr="00390836">
        <w:rPr>
          <w:rFonts w:ascii="Cambria" w:eastAsia="Times New Roman" w:hAnsi="Cambria"/>
          <w:sz w:val="24"/>
          <w:szCs w:val="24"/>
          <w:lang w:val="es-CL" w:eastAsia="es-CL"/>
        </w:rPr>
        <w:t xml:space="preserve"> </w:t>
      </w:r>
      <w:proofErr w:type="spellStart"/>
      <w:r>
        <w:rPr>
          <w:rFonts w:ascii="Cambria" w:eastAsia="Times New Roman" w:hAnsi="Cambria"/>
          <w:sz w:val="24"/>
          <w:szCs w:val="24"/>
          <w:lang w:val="es-CL" w:eastAsia="es-CL"/>
        </w:rPr>
        <w:t>scary</w:t>
      </w:r>
      <w:proofErr w:type="spellEnd"/>
      <w:r w:rsidRPr="00390836">
        <w:rPr>
          <w:rFonts w:ascii="Cambria" w:eastAsia="Times New Roman" w:hAnsi="Cambria"/>
          <w:sz w:val="24"/>
          <w:szCs w:val="24"/>
          <w:lang w:val="es-CL" w:eastAsia="es-CL"/>
        </w:rPr>
        <w:t>.</w:t>
      </w:r>
    </w:p>
    <w:p w14:paraId="231DADE8" w14:textId="77777777" w:rsidR="004745BD" w:rsidRPr="004745BD" w:rsidRDefault="004745BD" w:rsidP="004745BD">
      <w:pPr>
        <w:spacing w:before="100" w:beforeAutospacing="1" w:after="100" w:afterAutospacing="1" w:line="360" w:lineRule="auto"/>
        <w:jc w:val="center"/>
        <w:rPr>
          <w:rFonts w:ascii="Cambria" w:eastAsia="Times New Roman" w:hAnsi="Cambria"/>
          <w:sz w:val="24"/>
          <w:szCs w:val="24"/>
          <w:lang w:val="es-CL" w:eastAsia="es-CL"/>
        </w:rPr>
      </w:pPr>
      <w:r>
        <w:rPr>
          <w:noProof/>
        </w:rPr>
        <w:drawing>
          <wp:inline distT="0" distB="0" distL="0" distR="0" wp14:anchorId="10C872CA" wp14:editId="74E8622E">
            <wp:extent cx="2424596" cy="1552175"/>
            <wp:effectExtent l="0" t="0" r="0" b="0"/>
            <wp:docPr id="21" name="Imagen 21" descr="serpiente dibujos animados vector ilustración aislado en blanco  antecedentes 39398971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rpiente dibujos animados vector ilustración aislado en blanco  antecedentes 39398971 Vector en Vecteez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10" cy="157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45BD" w:rsidRPr="004745BD" w:rsidSect="00C1133E">
      <w:headerReference w:type="default" r:id="rId14"/>
      <w:pgSz w:w="12240" w:h="15840"/>
      <w:pgMar w:top="1440" w:right="1800" w:bottom="1440" w:left="1800" w:header="720" w:footer="720" w:gutter="0"/>
      <w:pgBorders w:offsetFrom="page">
        <w:top w:val="triangleCircle1" w:sz="14" w:space="24" w:color="auto"/>
        <w:left w:val="triangleCircle1" w:sz="14" w:space="24" w:color="auto"/>
        <w:bottom w:val="triangleCircle1" w:sz="14" w:space="24" w:color="auto"/>
        <w:right w:val="triangleCircle1" w:sz="1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65AD9C" w14:textId="77777777" w:rsidR="00264CB5" w:rsidRDefault="00264CB5" w:rsidP="0068088A">
      <w:pPr>
        <w:spacing w:after="0" w:line="240" w:lineRule="auto"/>
      </w:pPr>
      <w:r>
        <w:separator/>
      </w:r>
    </w:p>
  </w:endnote>
  <w:endnote w:type="continuationSeparator" w:id="0">
    <w:p w14:paraId="0E07243E" w14:textId="77777777" w:rsidR="00264CB5" w:rsidRDefault="00264CB5" w:rsidP="00680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D1E1BB" w14:textId="77777777" w:rsidR="00264CB5" w:rsidRDefault="00264CB5" w:rsidP="0068088A">
      <w:pPr>
        <w:spacing w:after="0" w:line="240" w:lineRule="auto"/>
      </w:pPr>
      <w:r>
        <w:separator/>
      </w:r>
    </w:p>
  </w:footnote>
  <w:footnote w:type="continuationSeparator" w:id="0">
    <w:p w14:paraId="1EB45B44" w14:textId="77777777" w:rsidR="00264CB5" w:rsidRDefault="00264CB5" w:rsidP="006808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C4FB0" w14:textId="77777777" w:rsidR="0068088A" w:rsidRDefault="0068088A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4D48C72" wp14:editId="791CD9DC">
              <wp:simplePos x="0" y="0"/>
              <wp:positionH relativeFrom="margin">
                <wp:posOffset>-512909</wp:posOffset>
              </wp:positionH>
              <wp:positionV relativeFrom="paragraph">
                <wp:posOffset>-26894</wp:posOffset>
              </wp:positionV>
              <wp:extent cx="6641465" cy="606425"/>
              <wp:effectExtent l="0" t="0" r="0" b="3175"/>
              <wp:wrapNone/>
              <wp:docPr id="9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1465" cy="606425"/>
                        <a:chOff x="444" y="667"/>
                        <a:chExt cx="10459" cy="955"/>
                      </a:xfrm>
                    </wpg:grpSpPr>
                    <wps:wsp>
                      <wps:cNvPr id="1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7783" y="688"/>
                          <a:ext cx="312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ED511" w14:textId="77777777" w:rsidR="0068088A" w:rsidRDefault="0068088A" w:rsidP="0068088A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Subject: English </w:t>
                            </w:r>
                            <w:r w:rsidRPr="00107B39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9A0C8AA" w14:textId="77777777" w:rsidR="00A71392" w:rsidRDefault="0068088A" w:rsidP="0068088A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107B39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Miss Catherin Basoalto </w:t>
                            </w:r>
                          </w:p>
                          <w:p w14:paraId="483EF348" w14:textId="77777777" w:rsidR="0068088A" w:rsidRPr="00CB352D" w:rsidRDefault="004745BD" w:rsidP="0068088A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Pr="004745BD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 w:rsidR="00A7139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8088A">
                              <w:rPr>
                                <w:sz w:val="16"/>
                                <w:szCs w:val="16"/>
                              </w:rPr>
                              <w:t xml:space="preserve">Grade </w:t>
                            </w:r>
                          </w:p>
                          <w:p w14:paraId="3207DC9C" w14:textId="77777777" w:rsidR="0068088A" w:rsidRPr="00107B39" w:rsidRDefault="0068088A" w:rsidP="006808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23" y="1393"/>
                          <a:ext cx="225" cy="2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44" y="66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BE716" w14:textId="77777777" w:rsidR="0068088A" w:rsidRPr="0068088A" w:rsidRDefault="0068088A" w:rsidP="0068088A">
                            <w:pPr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68088A">
                              <w:rPr>
                                <w:rFonts w:ascii="Cambria" w:hAnsi="Cambria"/>
                                <w:sz w:val="16"/>
                                <w:szCs w:val="16"/>
                                <w:lang w:val="es-CL"/>
                              </w:rPr>
                              <w:t>Colegio Particular Subvencionado “Sao Paulo”</w:t>
                            </w:r>
                          </w:p>
                          <w:p w14:paraId="2ADCE3BA" w14:textId="77777777" w:rsidR="0068088A" w:rsidRPr="0068088A" w:rsidRDefault="0068088A" w:rsidP="0068088A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68088A">
                              <w:rPr>
                                <w:rFonts w:ascii="Cambria" w:hAnsi="Cambria"/>
                                <w:sz w:val="16"/>
                                <w:szCs w:val="16"/>
                                <w:lang w:val="es-CL"/>
                              </w:rPr>
                              <w:t>Placilla 333, Estación Central</w:t>
                            </w:r>
                          </w:p>
                          <w:p w14:paraId="77191AE7" w14:textId="77777777" w:rsidR="0068088A" w:rsidRPr="0068088A" w:rsidRDefault="0068088A" w:rsidP="0068088A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68088A">
                              <w:rPr>
                                <w:sz w:val="16"/>
                                <w:szCs w:val="16"/>
                                <w:lang w:val="es-CL"/>
                              </w:rPr>
                              <w:t>Unidad Técnico Pedagógica</w:t>
                            </w:r>
                          </w:p>
                          <w:p w14:paraId="192A02F0" w14:textId="77777777" w:rsidR="0068088A" w:rsidRPr="0068088A" w:rsidRDefault="0068088A" w:rsidP="0068088A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7BBF5DC4" w14:textId="77777777" w:rsidR="0068088A" w:rsidRPr="0068088A" w:rsidRDefault="0068088A" w:rsidP="0068088A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8EC169" id="Grupo 9" o:spid="_x0000_s1026" style="position:absolute;margin-left:-40.4pt;margin-top:-2.1pt;width:522.95pt;height:47.75pt;z-index:251659264;mso-position-horizontal-relative:margin" coordorigin="444,667" coordsize="10459,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7783;top:688;width:312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<v:textbox>
                  <w:txbxContent>
                    <w:p w:rsidR="0068088A" w:rsidRDefault="0068088A" w:rsidP="0068088A">
                      <w:pPr>
                        <w:tabs>
                          <w:tab w:val="center" w:pos="4252"/>
                          <w:tab w:val="right" w:pos="8504"/>
                        </w:tabs>
                        <w:spacing w:after="0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Subject: English </w:t>
                      </w:r>
                      <w:r w:rsidRPr="00107B39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 </w:t>
                      </w:r>
                    </w:p>
                    <w:p w:rsidR="00A71392" w:rsidRDefault="0068088A" w:rsidP="0068088A">
                      <w:pPr>
                        <w:tabs>
                          <w:tab w:val="center" w:pos="4252"/>
                          <w:tab w:val="right" w:pos="8504"/>
                        </w:tabs>
                        <w:spacing w:after="0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107B39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Miss Catherin Basoalto </w:t>
                      </w:r>
                    </w:p>
                    <w:p w:rsidR="0068088A" w:rsidRPr="00CB352D" w:rsidRDefault="004745BD" w:rsidP="0068088A">
                      <w:pPr>
                        <w:tabs>
                          <w:tab w:val="center" w:pos="4252"/>
                          <w:tab w:val="right" w:pos="8504"/>
                        </w:tabs>
                        <w:spacing w:after="0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  <w:r w:rsidRPr="004745BD">
                        <w:rPr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 w:rsidR="00A71392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68088A">
                        <w:rPr>
                          <w:sz w:val="16"/>
                          <w:szCs w:val="16"/>
                        </w:rPr>
                        <w:t xml:space="preserve">Grade </w:t>
                      </w:r>
                    </w:p>
                    <w:p w:rsidR="0068088A" w:rsidRPr="00107B39" w:rsidRDefault="0068088A" w:rsidP="0068088A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8" type="#_x0000_t75" style="position:absolute;left:1823;top:1393;width:225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">
                <v:imagedata r:id="rId2" o:title=""/>
              </v:shape>
              <v:shape id="Cuadro de texto 2" o:spid="_x0000_s1029" type="#_x0000_t202" style="position:absolute;left:444;top:66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<v:textbox>
                  <w:txbxContent>
                    <w:p w:rsidR="0068088A" w:rsidRPr="0068088A" w:rsidRDefault="0068088A" w:rsidP="0068088A">
                      <w:pPr>
                        <w:spacing w:after="0"/>
                        <w:rPr>
                          <w:rFonts w:ascii="Cambria" w:hAnsi="Cambria"/>
                          <w:sz w:val="16"/>
                          <w:szCs w:val="16"/>
                          <w:lang w:val="es-CL"/>
                        </w:rPr>
                      </w:pPr>
                      <w:r w:rsidRPr="0068088A">
                        <w:rPr>
                          <w:rFonts w:ascii="Cambria" w:hAnsi="Cambria"/>
                          <w:sz w:val="16"/>
                          <w:szCs w:val="16"/>
                          <w:lang w:val="es-CL"/>
                        </w:rPr>
                        <w:t>Colegio Particular Subvencionado “Sao Paulo”</w:t>
                      </w:r>
                    </w:p>
                    <w:p w:rsidR="0068088A" w:rsidRPr="0068088A" w:rsidRDefault="0068088A" w:rsidP="0068088A">
                      <w:pPr>
                        <w:spacing w:after="0"/>
                        <w:jc w:val="center"/>
                        <w:rPr>
                          <w:rFonts w:ascii="Cambria" w:hAnsi="Cambria"/>
                          <w:sz w:val="16"/>
                          <w:szCs w:val="16"/>
                          <w:lang w:val="es-CL"/>
                        </w:rPr>
                      </w:pPr>
                      <w:r w:rsidRPr="0068088A">
                        <w:rPr>
                          <w:rFonts w:ascii="Cambria" w:hAnsi="Cambria"/>
                          <w:sz w:val="16"/>
                          <w:szCs w:val="16"/>
                          <w:lang w:val="es-CL"/>
                        </w:rPr>
                        <w:t>Placilla 333, Estación Central</w:t>
                      </w:r>
                    </w:p>
                    <w:p w:rsidR="0068088A" w:rsidRPr="0068088A" w:rsidRDefault="0068088A" w:rsidP="0068088A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  <w:lang w:val="es-CL"/>
                        </w:rPr>
                      </w:pPr>
                      <w:r w:rsidRPr="0068088A">
                        <w:rPr>
                          <w:sz w:val="16"/>
                          <w:szCs w:val="16"/>
                          <w:lang w:val="es-CL"/>
                        </w:rPr>
                        <w:t>Unidad Técnico Pedagógica</w:t>
                      </w:r>
                    </w:p>
                    <w:p w:rsidR="0068088A" w:rsidRPr="0068088A" w:rsidRDefault="0068088A" w:rsidP="0068088A">
                      <w:pPr>
                        <w:rPr>
                          <w:lang w:val="es-CL"/>
                        </w:rPr>
                      </w:pPr>
                    </w:p>
                    <w:p w:rsidR="0068088A" w:rsidRPr="0068088A" w:rsidRDefault="0068088A" w:rsidP="0068088A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0FE2367"/>
    <w:multiLevelType w:val="hybridMultilevel"/>
    <w:tmpl w:val="A41AEE74"/>
    <w:lvl w:ilvl="0" w:tplc="B18AA1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D8C6EF8"/>
    <w:multiLevelType w:val="hybridMultilevel"/>
    <w:tmpl w:val="1B4473E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CA25E5"/>
    <w:multiLevelType w:val="hybridMultilevel"/>
    <w:tmpl w:val="A41AEE74"/>
    <w:lvl w:ilvl="0" w:tplc="B18AA1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DFF3C83"/>
    <w:multiLevelType w:val="hybridMultilevel"/>
    <w:tmpl w:val="E96698B4"/>
    <w:lvl w:ilvl="0" w:tplc="B486207C">
      <w:start w:val="1"/>
      <w:numFmt w:val="upperRoman"/>
      <w:lvlText w:val="%1."/>
      <w:lvlJc w:val="left"/>
      <w:pPr>
        <w:ind w:left="1080" w:hanging="720"/>
      </w:pPr>
      <w:rPr>
        <w:rFonts w:ascii="Arial" w:eastAsia="Calibri" w:hAnsi="Arial" w:cs="Arial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633520"/>
    <w:multiLevelType w:val="hybridMultilevel"/>
    <w:tmpl w:val="A41AEE74"/>
    <w:lvl w:ilvl="0" w:tplc="B18AA1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80602191">
    <w:abstractNumId w:val="8"/>
  </w:num>
  <w:num w:numId="2" w16cid:durableId="164053352">
    <w:abstractNumId w:val="6"/>
  </w:num>
  <w:num w:numId="3" w16cid:durableId="802621615">
    <w:abstractNumId w:val="5"/>
  </w:num>
  <w:num w:numId="4" w16cid:durableId="1739133050">
    <w:abstractNumId w:val="4"/>
  </w:num>
  <w:num w:numId="5" w16cid:durableId="86384923">
    <w:abstractNumId w:val="7"/>
  </w:num>
  <w:num w:numId="6" w16cid:durableId="475147698">
    <w:abstractNumId w:val="3"/>
  </w:num>
  <w:num w:numId="7" w16cid:durableId="1673410137">
    <w:abstractNumId w:val="2"/>
  </w:num>
  <w:num w:numId="8" w16cid:durableId="1364668449">
    <w:abstractNumId w:val="1"/>
  </w:num>
  <w:num w:numId="9" w16cid:durableId="1903713104">
    <w:abstractNumId w:val="0"/>
  </w:num>
  <w:num w:numId="10" w16cid:durableId="1857303662">
    <w:abstractNumId w:val="12"/>
  </w:num>
  <w:num w:numId="11" w16cid:durableId="111099332">
    <w:abstractNumId w:val="10"/>
  </w:num>
  <w:num w:numId="12" w16cid:durableId="1386832356">
    <w:abstractNumId w:val="9"/>
  </w:num>
  <w:num w:numId="13" w16cid:durableId="537164564">
    <w:abstractNumId w:val="13"/>
  </w:num>
  <w:num w:numId="14" w16cid:durableId="9495050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F28D9"/>
    <w:rsid w:val="0015074B"/>
    <w:rsid w:val="001A227C"/>
    <w:rsid w:val="00264CB5"/>
    <w:rsid w:val="00267A1A"/>
    <w:rsid w:val="0029639D"/>
    <w:rsid w:val="00326F90"/>
    <w:rsid w:val="004745BD"/>
    <w:rsid w:val="00525E4B"/>
    <w:rsid w:val="0068088A"/>
    <w:rsid w:val="00713281"/>
    <w:rsid w:val="0072309F"/>
    <w:rsid w:val="00767994"/>
    <w:rsid w:val="007946BD"/>
    <w:rsid w:val="00945E22"/>
    <w:rsid w:val="00A71392"/>
    <w:rsid w:val="00A9114F"/>
    <w:rsid w:val="00AA1D8D"/>
    <w:rsid w:val="00AC73EF"/>
    <w:rsid w:val="00B04536"/>
    <w:rsid w:val="00B12D87"/>
    <w:rsid w:val="00B47730"/>
    <w:rsid w:val="00C037B4"/>
    <w:rsid w:val="00C1133E"/>
    <w:rsid w:val="00C45D9B"/>
    <w:rsid w:val="00C925E7"/>
    <w:rsid w:val="00CB0664"/>
    <w:rsid w:val="00D85653"/>
    <w:rsid w:val="00E73926"/>
    <w:rsid w:val="00FA0C6D"/>
    <w:rsid w:val="00FA1CF5"/>
    <w:rsid w:val="00FB6B7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E183130"/>
  <w14:defaultImageDpi w14:val="300"/>
  <w15:docId w15:val="{287E44B8-A106-4D64-BA6C-A85C13EBE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BE5B27-04DE-49F0-8F6B-4B13F7529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</Words>
  <Characters>119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pablo espinosa perez</cp:lastModifiedBy>
  <cp:revision>2</cp:revision>
  <dcterms:created xsi:type="dcterms:W3CDTF">2025-05-09T14:40:00Z</dcterms:created>
  <dcterms:modified xsi:type="dcterms:W3CDTF">2025-05-09T14:40:00Z</dcterms:modified>
  <cp:category/>
</cp:coreProperties>
</file>